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B6755" w14:textId="77777777" w:rsidR="00647A66" w:rsidRPr="00036ADC" w:rsidRDefault="00000000">
      <w:pPr>
        <w:jc w:val="center"/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b/>
          <w:sz w:val="32"/>
          <w:lang w:val="cs-CZ"/>
        </w:rPr>
        <w:t>FORMULÁŘ PRO ODSTOUPENÍ OD SMLOUVY – PODNIKATEL</w:t>
      </w:r>
    </w:p>
    <w:p w14:paraId="28E82D1A" w14:textId="77777777" w:rsidR="00647A66" w:rsidRPr="00036ADC" w:rsidRDefault="00000000">
      <w:pPr>
        <w:jc w:val="center"/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i/>
          <w:lang w:val="cs-CZ"/>
        </w:rPr>
        <w:t>RIKIDAR, računalniške storitve, d.o.o. • Sokolska ulica 46, 2000 Maribor, Slovenia</w:t>
      </w:r>
    </w:p>
    <w:p w14:paraId="6E1716C9" w14:textId="14DAA2A2" w:rsidR="00647A66" w:rsidRPr="00036ADC" w:rsidRDefault="00000000">
      <w:pPr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lang w:val="cs-CZ"/>
        </w:rPr>
        <w:t>Vyplněný formulář lze zaslat společnosti RIKIDAR na kontaktní e-mail zákaznické podpory uvedený ve VOP/EULA.</w:t>
      </w:r>
      <w:r w:rsidR="00A40495" w:rsidRPr="00036ADC">
        <w:rPr>
          <w:rFonts w:ascii="Times New Roman" w:hAnsi="Times New Roman" w:cs="Times New Roman"/>
          <w:lang w:val="cs-CZ"/>
        </w:rPr>
        <w:t xml:space="preserve"> Podnikatel je povinen uvést důvod, pro který od uzavřené smlouvy odstupuje. V opačném případě nebude k odstoupení přihlíženo. </w:t>
      </w:r>
    </w:p>
    <w:p w14:paraId="06D1FCC8" w14:textId="77777777" w:rsidR="00647A66" w:rsidRPr="00036ADC" w:rsidRDefault="00000000">
      <w:pPr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b/>
          <w:sz w:val="24"/>
          <w:lang w:val="cs-CZ"/>
        </w:rPr>
        <w:t>1. Identifikace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647A66" w:rsidRPr="004F588B" w14:paraId="299081B3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40DB3D87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Jméno a příjmení / obchodní firma</w:t>
            </w:r>
          </w:p>
        </w:tc>
        <w:tc>
          <w:tcPr>
            <w:tcW w:w="5156" w:type="dxa"/>
          </w:tcPr>
          <w:p w14:paraId="35D438B6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0B66B5C0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7CC72DD" w14:textId="6B2239B2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Adresa sídla</w:t>
            </w:r>
          </w:p>
        </w:tc>
        <w:tc>
          <w:tcPr>
            <w:tcW w:w="5156" w:type="dxa"/>
          </w:tcPr>
          <w:p w14:paraId="695F6305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2B386341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7E572EAF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E-mail použitý při uzavření smlouvy</w:t>
            </w:r>
          </w:p>
        </w:tc>
        <w:tc>
          <w:tcPr>
            <w:tcW w:w="5156" w:type="dxa"/>
          </w:tcPr>
          <w:p w14:paraId="71A6E8A8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110D9F00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D446F95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Telefon (nepovinné)</w:t>
            </w:r>
          </w:p>
        </w:tc>
        <w:tc>
          <w:tcPr>
            <w:tcW w:w="5156" w:type="dxa"/>
          </w:tcPr>
          <w:p w14:paraId="35797F18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60B558F1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2999053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IČO</w:t>
            </w:r>
          </w:p>
        </w:tc>
        <w:tc>
          <w:tcPr>
            <w:tcW w:w="5156" w:type="dxa"/>
          </w:tcPr>
          <w:p w14:paraId="6842AB5F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1B2C66AD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821F1F0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Osoba oprávněná jednat</w:t>
            </w:r>
          </w:p>
        </w:tc>
        <w:tc>
          <w:tcPr>
            <w:tcW w:w="5156" w:type="dxa"/>
          </w:tcPr>
          <w:p w14:paraId="394B5C9B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116BAF73" w14:textId="77777777" w:rsidR="00647A66" w:rsidRPr="00036ADC" w:rsidRDefault="00000000">
      <w:pPr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b/>
          <w:sz w:val="24"/>
          <w:lang w:val="cs-CZ"/>
        </w:rPr>
        <w:t>2. Identifikace smlouvy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647A66" w:rsidRPr="00036ADC" w14:paraId="115A2E44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6B3695E2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Produkt</w:t>
            </w:r>
          </w:p>
        </w:tc>
        <w:tc>
          <w:tcPr>
            <w:tcW w:w="5156" w:type="dxa"/>
          </w:tcPr>
          <w:p w14:paraId="2820E767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4850C0AB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4BADA3FE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Typ licence / Typ služby</w:t>
            </w:r>
          </w:p>
        </w:tc>
        <w:tc>
          <w:tcPr>
            <w:tcW w:w="5156" w:type="dxa"/>
          </w:tcPr>
          <w:p w14:paraId="5F793771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6FE5B655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CFC390F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Číslo objednávky / licence</w:t>
            </w:r>
          </w:p>
        </w:tc>
        <w:tc>
          <w:tcPr>
            <w:tcW w:w="5156" w:type="dxa"/>
          </w:tcPr>
          <w:p w14:paraId="5325E597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23D722DF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A90CAF8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Datum uzavření smlouvy</w:t>
            </w:r>
          </w:p>
        </w:tc>
        <w:tc>
          <w:tcPr>
            <w:tcW w:w="5156" w:type="dxa"/>
          </w:tcPr>
          <w:p w14:paraId="7FC7821A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624AD657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F618F92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Datum aktivace licence</w:t>
            </w:r>
          </w:p>
        </w:tc>
        <w:tc>
          <w:tcPr>
            <w:tcW w:w="5156" w:type="dxa"/>
          </w:tcPr>
          <w:p w14:paraId="2CCD7D40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4157402D" w14:textId="77777777" w:rsidR="006E36C0" w:rsidRPr="00036ADC" w:rsidRDefault="006E36C0">
      <w:pPr>
        <w:rPr>
          <w:rFonts w:ascii="Times New Roman" w:hAnsi="Times New Roman" w:cs="Times New Roman"/>
          <w:b/>
          <w:szCs w:val="18"/>
          <w:lang w:val="cs-CZ"/>
        </w:rPr>
      </w:pPr>
    </w:p>
    <w:p w14:paraId="70E07B4C" w14:textId="6D9F270F" w:rsidR="006E36C0" w:rsidRPr="00036ADC" w:rsidRDefault="006E36C0" w:rsidP="006E36C0">
      <w:pPr>
        <w:spacing w:after="0"/>
        <w:rPr>
          <w:rFonts w:ascii="Times New Roman" w:hAnsi="Times New Roman" w:cs="Times New Roman"/>
          <w:bCs/>
          <w:szCs w:val="18"/>
          <w:lang w:val="cs-CZ"/>
        </w:rPr>
      </w:pPr>
      <w:r w:rsidRPr="00036ADC">
        <w:rPr>
          <w:rFonts w:ascii="Times New Roman" w:hAnsi="Times New Roman" w:cs="Times New Roman"/>
          <w:bCs/>
          <w:szCs w:val="18"/>
          <w:lang w:val="cs-CZ"/>
        </w:rPr>
        <w:t xml:space="preserve">Upozornění: V případě, kdy podnikatel nevyplní takové množství údajů, pro které jej bude možné jednoznačně identifikovat a určit smlouvu, od které odstupuje, může být </w:t>
      </w:r>
      <w:r w:rsidR="004F588B">
        <w:rPr>
          <w:rFonts w:ascii="Times New Roman" w:hAnsi="Times New Roman" w:cs="Times New Roman"/>
          <w:bCs/>
          <w:szCs w:val="18"/>
          <w:lang w:val="cs-CZ"/>
        </w:rPr>
        <w:t>podnikatel</w:t>
      </w:r>
      <w:r w:rsidRPr="00036ADC">
        <w:rPr>
          <w:rFonts w:ascii="Times New Roman" w:hAnsi="Times New Roman" w:cs="Times New Roman"/>
          <w:bCs/>
          <w:szCs w:val="18"/>
          <w:lang w:val="cs-CZ"/>
        </w:rPr>
        <w:t xml:space="preserve"> vyzván k jejich doplnění. Pokud nebude označení podnikatele jasné, platí, že k odstoupení od smlouvy nedošlo, neboť není možné podnikatele, popř. smlouvu identifikovat.</w:t>
      </w:r>
    </w:p>
    <w:p w14:paraId="58FAE076" w14:textId="77777777" w:rsidR="006E36C0" w:rsidRPr="00036ADC" w:rsidRDefault="006E36C0" w:rsidP="006E36C0">
      <w:pPr>
        <w:spacing w:after="0"/>
        <w:rPr>
          <w:rFonts w:ascii="Times New Roman" w:hAnsi="Times New Roman" w:cs="Times New Roman"/>
          <w:bCs/>
          <w:szCs w:val="18"/>
          <w:lang w:val="cs-CZ"/>
        </w:rPr>
      </w:pPr>
    </w:p>
    <w:p w14:paraId="6C0DBC7E" w14:textId="5F2731FF" w:rsidR="00647A66" w:rsidRPr="00036ADC" w:rsidRDefault="00000000">
      <w:pPr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b/>
          <w:sz w:val="24"/>
          <w:lang w:val="cs-CZ"/>
        </w:rPr>
        <w:t xml:space="preserve">3. </w:t>
      </w:r>
      <w:r w:rsidR="00752C63" w:rsidRPr="00036ADC">
        <w:rPr>
          <w:rFonts w:ascii="Times New Roman" w:hAnsi="Times New Roman" w:cs="Times New Roman"/>
          <w:b/>
          <w:sz w:val="24"/>
          <w:lang w:val="cs-CZ"/>
        </w:rPr>
        <w:t>O</w:t>
      </w:r>
      <w:r w:rsidRPr="00036ADC">
        <w:rPr>
          <w:rFonts w:ascii="Times New Roman" w:hAnsi="Times New Roman" w:cs="Times New Roman"/>
          <w:b/>
          <w:sz w:val="24"/>
          <w:lang w:val="cs-CZ"/>
        </w:rPr>
        <w:t>známení</w:t>
      </w:r>
    </w:p>
    <w:p w14:paraId="66051566" w14:textId="65347A3F" w:rsidR="00647A66" w:rsidRPr="00036ADC" w:rsidRDefault="00000000">
      <w:pPr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lang w:val="cs-CZ"/>
        </w:rPr>
        <w:t>Tímto oznamuji, že odstupuj</w:t>
      </w:r>
      <w:r w:rsidR="00667053" w:rsidRPr="00036ADC">
        <w:rPr>
          <w:rFonts w:ascii="Times New Roman" w:hAnsi="Times New Roman" w:cs="Times New Roman"/>
          <w:lang w:val="cs-CZ"/>
        </w:rPr>
        <w:t>eme</w:t>
      </w:r>
      <w:r w:rsidRPr="00036ADC">
        <w:rPr>
          <w:rFonts w:ascii="Times New Roman" w:hAnsi="Times New Roman" w:cs="Times New Roman"/>
          <w:lang w:val="cs-CZ"/>
        </w:rPr>
        <w:t xml:space="preserve"> od smlouvy uzavřené se společností RIKIDAR, jejímž předmětem je poskytnutí licence k Produktu.</w:t>
      </w:r>
    </w:p>
    <w:p w14:paraId="6C12CBFC" w14:textId="7A840986" w:rsidR="00647A66" w:rsidRPr="00036ADC" w:rsidRDefault="00000000">
      <w:pPr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b/>
          <w:sz w:val="24"/>
          <w:lang w:val="cs-CZ"/>
        </w:rPr>
        <w:t xml:space="preserve">4. Důvod odstoupení 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647A66" w:rsidRPr="00036ADC" w14:paraId="318C8CB7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120ECB5" w14:textId="77777777" w:rsidR="00647A66" w:rsidRDefault="00000000">
            <w:pPr>
              <w:rPr>
                <w:rFonts w:ascii="Times New Roman" w:hAnsi="Times New Roman" w:cs="Times New Roman"/>
                <w:b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Důvod / poznámka</w:t>
            </w:r>
          </w:p>
          <w:p w14:paraId="000FD33A" w14:textId="77777777" w:rsidR="00D1784B" w:rsidRPr="00D1784B" w:rsidRDefault="00D1784B" w:rsidP="00D1784B">
            <w:pPr>
              <w:rPr>
                <w:rFonts w:ascii="Times New Roman" w:hAnsi="Times New Roman" w:cs="Times New Roman"/>
                <w:lang w:val="cs-CZ"/>
              </w:rPr>
            </w:pPr>
          </w:p>
          <w:p w14:paraId="46351411" w14:textId="77777777" w:rsidR="00D1784B" w:rsidRPr="00D1784B" w:rsidRDefault="00D1784B" w:rsidP="00D1784B">
            <w:pPr>
              <w:rPr>
                <w:rFonts w:ascii="Times New Roman" w:hAnsi="Times New Roman" w:cs="Times New Roman"/>
                <w:lang w:val="cs-CZ"/>
              </w:rPr>
            </w:pPr>
          </w:p>
          <w:p w14:paraId="76BE1027" w14:textId="77777777" w:rsidR="00D1784B" w:rsidRPr="00D1784B" w:rsidRDefault="00D1784B" w:rsidP="00D1784B">
            <w:pPr>
              <w:rPr>
                <w:rFonts w:ascii="Times New Roman" w:hAnsi="Times New Roman" w:cs="Times New Roman"/>
                <w:lang w:val="cs-CZ"/>
              </w:rPr>
            </w:pPr>
          </w:p>
          <w:p w14:paraId="28286BE6" w14:textId="77777777" w:rsidR="00D1784B" w:rsidRPr="00D1784B" w:rsidRDefault="00D1784B" w:rsidP="00D1784B">
            <w:pPr>
              <w:jc w:val="center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5156" w:type="dxa"/>
          </w:tcPr>
          <w:p w14:paraId="0B45FB28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  <w:p w14:paraId="03AF76EF" w14:textId="77777777" w:rsidR="00755A6C" w:rsidRPr="00036ADC" w:rsidRDefault="00755A6C">
            <w:pPr>
              <w:rPr>
                <w:rFonts w:ascii="Times New Roman" w:hAnsi="Times New Roman" w:cs="Times New Roman"/>
                <w:lang w:val="cs-CZ"/>
              </w:rPr>
            </w:pPr>
          </w:p>
          <w:p w14:paraId="267189D2" w14:textId="77777777" w:rsidR="00755A6C" w:rsidRPr="00036ADC" w:rsidRDefault="00755A6C">
            <w:pPr>
              <w:rPr>
                <w:rFonts w:ascii="Times New Roman" w:hAnsi="Times New Roman" w:cs="Times New Roman"/>
                <w:lang w:val="cs-CZ"/>
              </w:rPr>
            </w:pPr>
          </w:p>
          <w:p w14:paraId="45312F37" w14:textId="77777777" w:rsidR="00755A6C" w:rsidRPr="00036ADC" w:rsidRDefault="00755A6C">
            <w:pPr>
              <w:rPr>
                <w:rFonts w:ascii="Times New Roman" w:hAnsi="Times New Roman" w:cs="Times New Roman"/>
                <w:lang w:val="cs-CZ"/>
              </w:rPr>
            </w:pPr>
          </w:p>
          <w:p w14:paraId="31C01904" w14:textId="77777777" w:rsidR="00755A6C" w:rsidRPr="00036ADC" w:rsidRDefault="00755A6C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05759AD0" w14:textId="77777777" w:rsidR="006E06AE" w:rsidRPr="00036ADC" w:rsidRDefault="006E06AE">
      <w:pPr>
        <w:rPr>
          <w:rFonts w:ascii="Times New Roman" w:hAnsi="Times New Roman" w:cs="Times New Roman"/>
          <w:bCs/>
          <w:szCs w:val="18"/>
          <w:lang w:val="cs-CZ"/>
        </w:rPr>
      </w:pPr>
    </w:p>
    <w:p w14:paraId="42B158B6" w14:textId="7ED9D2B6" w:rsidR="005F16FC" w:rsidRPr="00036ADC" w:rsidRDefault="005F16FC">
      <w:pPr>
        <w:rPr>
          <w:rFonts w:ascii="Times New Roman" w:hAnsi="Times New Roman" w:cs="Times New Roman"/>
          <w:bCs/>
          <w:szCs w:val="18"/>
          <w:lang w:val="cs-CZ"/>
        </w:rPr>
      </w:pPr>
      <w:r w:rsidRPr="00036ADC">
        <w:rPr>
          <w:rFonts w:ascii="Times New Roman" w:hAnsi="Times New Roman" w:cs="Times New Roman"/>
          <w:bCs/>
          <w:szCs w:val="18"/>
          <w:lang w:val="cs-CZ"/>
        </w:rPr>
        <w:t>Podnikatel je povinen uvést důvod, pro který od smlouvy odstupuje</w:t>
      </w:r>
    </w:p>
    <w:p w14:paraId="77FF0F49" w14:textId="09CE1968" w:rsidR="00647A66" w:rsidRPr="00036ADC" w:rsidRDefault="00000000">
      <w:pPr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b/>
          <w:sz w:val="24"/>
          <w:lang w:val="cs-CZ"/>
        </w:rPr>
        <w:t>5. Vrácení peněžních prostředků</w:t>
      </w:r>
    </w:p>
    <w:p w14:paraId="0EFA5650" w14:textId="77777777" w:rsidR="00647A66" w:rsidRPr="00036ADC" w:rsidRDefault="00000000">
      <w:pPr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lang w:val="cs-CZ"/>
        </w:rPr>
        <w:t>Žádám o vrácení peněžních prostředků způsobem odpovídajícím způsobu původní úhrady, není-li se mnou dohodnuto jinak.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DE3B53" w:rsidRPr="00036ADC" w14:paraId="4E18A1EB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34CDF907" w14:textId="26C7CA71" w:rsidR="00DE3B53" w:rsidRPr="00036ADC" w:rsidRDefault="00DE3B53" w:rsidP="00DE3B53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 xml:space="preserve">Číslo účtu / IBAN </w:t>
            </w:r>
          </w:p>
        </w:tc>
        <w:tc>
          <w:tcPr>
            <w:tcW w:w="5156" w:type="dxa"/>
          </w:tcPr>
          <w:p w14:paraId="5CD763B3" w14:textId="77777777" w:rsidR="00DE3B53" w:rsidRPr="00036ADC" w:rsidRDefault="00DE3B53" w:rsidP="00DE3B53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DE3B53" w:rsidRPr="00036ADC" w14:paraId="7B1758B6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F36655C" w14:textId="59AE2352" w:rsidR="00DE3B53" w:rsidRPr="00036ADC" w:rsidRDefault="00DE3B53" w:rsidP="00DE3B53">
            <w:pPr>
              <w:rPr>
                <w:rFonts w:ascii="Times New Roman" w:hAnsi="Times New Roman" w:cs="Times New Roman"/>
                <w:b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Variabilní symbol</w:t>
            </w:r>
          </w:p>
        </w:tc>
        <w:tc>
          <w:tcPr>
            <w:tcW w:w="5156" w:type="dxa"/>
          </w:tcPr>
          <w:p w14:paraId="54DB45F3" w14:textId="77777777" w:rsidR="00DE3B53" w:rsidRPr="00036ADC" w:rsidRDefault="00DE3B53" w:rsidP="00DE3B53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220890AF" w14:textId="77777777" w:rsidR="00647A66" w:rsidRPr="00036ADC" w:rsidRDefault="00000000">
      <w:pPr>
        <w:rPr>
          <w:rFonts w:ascii="Times New Roman" w:hAnsi="Times New Roman" w:cs="Times New Roman"/>
          <w:lang w:val="cs-CZ"/>
        </w:rPr>
      </w:pPr>
      <w:r w:rsidRPr="00036ADC">
        <w:rPr>
          <w:rFonts w:ascii="Times New Roman" w:hAnsi="Times New Roman" w:cs="Times New Roman"/>
          <w:b/>
          <w:sz w:val="24"/>
          <w:lang w:val="cs-CZ"/>
        </w:rPr>
        <w:t>6. Datum a podpis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647A66" w:rsidRPr="00036ADC" w14:paraId="5ACA8958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3DA35B06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Místo</w:t>
            </w:r>
          </w:p>
        </w:tc>
        <w:tc>
          <w:tcPr>
            <w:tcW w:w="5156" w:type="dxa"/>
          </w:tcPr>
          <w:p w14:paraId="3EE7B9AA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39EF909E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703E5F6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Datum</w:t>
            </w:r>
          </w:p>
        </w:tc>
        <w:tc>
          <w:tcPr>
            <w:tcW w:w="5156" w:type="dxa"/>
          </w:tcPr>
          <w:p w14:paraId="5B99E4E8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647A66" w:rsidRPr="00036ADC" w14:paraId="4AE330BB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368BCC4D" w14:textId="77777777" w:rsidR="00647A66" w:rsidRPr="00036ADC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036ADC">
              <w:rPr>
                <w:rFonts w:ascii="Times New Roman" w:hAnsi="Times New Roman" w:cs="Times New Roman"/>
                <w:b/>
                <w:lang w:val="cs-CZ"/>
              </w:rPr>
              <w:t>Podpis</w:t>
            </w:r>
          </w:p>
        </w:tc>
        <w:tc>
          <w:tcPr>
            <w:tcW w:w="5156" w:type="dxa"/>
          </w:tcPr>
          <w:p w14:paraId="2C2963B7" w14:textId="77777777" w:rsidR="00647A66" w:rsidRPr="00036ADC" w:rsidRDefault="00647A66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08D15A31" w14:textId="77777777" w:rsidR="00DB5B7D" w:rsidRPr="00036ADC" w:rsidRDefault="00DB5B7D">
      <w:pPr>
        <w:rPr>
          <w:rFonts w:ascii="Times New Roman" w:hAnsi="Times New Roman" w:cs="Times New Roman"/>
          <w:lang w:val="cs-CZ"/>
        </w:rPr>
      </w:pPr>
    </w:p>
    <w:sectPr w:rsidR="00DB5B7D" w:rsidRPr="00036AD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9D237" w14:textId="77777777" w:rsidR="00545397" w:rsidRDefault="00545397">
      <w:pPr>
        <w:spacing w:after="0" w:line="240" w:lineRule="auto"/>
      </w:pPr>
      <w:r>
        <w:separator/>
      </w:r>
    </w:p>
  </w:endnote>
  <w:endnote w:type="continuationSeparator" w:id="0">
    <w:p w14:paraId="44ED7016" w14:textId="77777777" w:rsidR="00545397" w:rsidRDefault="00545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393AD" w14:textId="77777777" w:rsidR="00545397" w:rsidRDefault="00545397">
      <w:pPr>
        <w:spacing w:after="0" w:line="240" w:lineRule="auto"/>
      </w:pPr>
      <w:r>
        <w:separator/>
      </w:r>
    </w:p>
  </w:footnote>
  <w:footnote w:type="continuationSeparator" w:id="0">
    <w:p w14:paraId="5B0CE7D6" w14:textId="77777777" w:rsidR="00545397" w:rsidRDefault="00545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1204850">
    <w:abstractNumId w:val="8"/>
  </w:num>
  <w:num w:numId="2" w16cid:durableId="1451048854">
    <w:abstractNumId w:val="6"/>
  </w:num>
  <w:num w:numId="3" w16cid:durableId="1757628181">
    <w:abstractNumId w:val="5"/>
  </w:num>
  <w:num w:numId="4" w16cid:durableId="1767843462">
    <w:abstractNumId w:val="4"/>
  </w:num>
  <w:num w:numId="5" w16cid:durableId="430781136">
    <w:abstractNumId w:val="7"/>
  </w:num>
  <w:num w:numId="6" w16cid:durableId="404449902">
    <w:abstractNumId w:val="3"/>
  </w:num>
  <w:num w:numId="7" w16cid:durableId="228539038">
    <w:abstractNumId w:val="2"/>
  </w:num>
  <w:num w:numId="8" w16cid:durableId="882593983">
    <w:abstractNumId w:val="1"/>
  </w:num>
  <w:num w:numId="9" w16cid:durableId="2056614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ADC"/>
    <w:rsid w:val="00037B63"/>
    <w:rsid w:val="0006063C"/>
    <w:rsid w:val="000D0A6A"/>
    <w:rsid w:val="001005C1"/>
    <w:rsid w:val="0015074B"/>
    <w:rsid w:val="00175C73"/>
    <w:rsid w:val="001E3720"/>
    <w:rsid w:val="0029639D"/>
    <w:rsid w:val="00326F90"/>
    <w:rsid w:val="00343855"/>
    <w:rsid w:val="003730F0"/>
    <w:rsid w:val="00404CBA"/>
    <w:rsid w:val="004C6F1C"/>
    <w:rsid w:val="004F588B"/>
    <w:rsid w:val="005254A4"/>
    <w:rsid w:val="00545397"/>
    <w:rsid w:val="005C5E01"/>
    <w:rsid w:val="005E4F9E"/>
    <w:rsid w:val="005F16FC"/>
    <w:rsid w:val="00647A66"/>
    <w:rsid w:val="00667053"/>
    <w:rsid w:val="006E06AE"/>
    <w:rsid w:val="006E36C0"/>
    <w:rsid w:val="00752C63"/>
    <w:rsid w:val="00755A6C"/>
    <w:rsid w:val="00A40495"/>
    <w:rsid w:val="00A52DE8"/>
    <w:rsid w:val="00AA1D8D"/>
    <w:rsid w:val="00B1545D"/>
    <w:rsid w:val="00B43969"/>
    <w:rsid w:val="00B47730"/>
    <w:rsid w:val="00CB0664"/>
    <w:rsid w:val="00D1784B"/>
    <w:rsid w:val="00DB5B7D"/>
    <w:rsid w:val="00DE3AEE"/>
    <w:rsid w:val="00DE3B53"/>
    <w:rsid w:val="00EA2929"/>
    <w:rsid w:val="00FC693F"/>
    <w:rsid w:val="00FD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B7C5B"/>
  <w14:defaultImageDpi w14:val="300"/>
  <w15:docId w15:val="{0F14035A-2B57-466E-89BD-9D5E4F70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217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Jaroslav Kouba</cp:lastModifiedBy>
  <cp:revision>31</cp:revision>
  <dcterms:created xsi:type="dcterms:W3CDTF">2013-12-23T23:15:00Z</dcterms:created>
  <dcterms:modified xsi:type="dcterms:W3CDTF">2026-09-14T07:21:00Z</dcterms:modified>
  <cp:category/>
</cp:coreProperties>
</file>