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48FDC" w14:textId="77777777" w:rsidR="00A14577" w:rsidRPr="007E1808" w:rsidRDefault="00000000">
      <w:pPr>
        <w:jc w:val="center"/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b/>
          <w:sz w:val="32"/>
          <w:lang w:val="cs-CZ"/>
        </w:rPr>
        <w:t>FORMULÁŘ PRO ODSTOUPENÍ OD SMLOUVY – SPOTŘEBITEL</w:t>
      </w:r>
    </w:p>
    <w:p w14:paraId="3ADFA43E" w14:textId="77777777" w:rsidR="00A14577" w:rsidRPr="007E1808" w:rsidRDefault="00000000">
      <w:pPr>
        <w:jc w:val="center"/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i/>
          <w:lang w:val="cs-CZ"/>
        </w:rPr>
        <w:t xml:space="preserve">RIKIDAR, </w:t>
      </w:r>
      <w:proofErr w:type="spellStart"/>
      <w:r w:rsidRPr="007E1808">
        <w:rPr>
          <w:rFonts w:ascii="Times New Roman" w:hAnsi="Times New Roman" w:cs="Times New Roman"/>
          <w:i/>
          <w:lang w:val="cs-CZ"/>
        </w:rPr>
        <w:t>računalniške</w:t>
      </w:r>
      <w:proofErr w:type="spellEnd"/>
      <w:r w:rsidRPr="007E1808">
        <w:rPr>
          <w:rFonts w:ascii="Times New Roman" w:hAnsi="Times New Roman" w:cs="Times New Roman"/>
          <w:i/>
          <w:lang w:val="cs-CZ"/>
        </w:rPr>
        <w:t xml:space="preserve"> </w:t>
      </w:r>
      <w:proofErr w:type="spellStart"/>
      <w:r w:rsidRPr="007E1808">
        <w:rPr>
          <w:rFonts w:ascii="Times New Roman" w:hAnsi="Times New Roman" w:cs="Times New Roman"/>
          <w:i/>
          <w:lang w:val="cs-CZ"/>
        </w:rPr>
        <w:t>storitve</w:t>
      </w:r>
      <w:proofErr w:type="spellEnd"/>
      <w:r w:rsidRPr="007E1808">
        <w:rPr>
          <w:rFonts w:ascii="Times New Roman" w:hAnsi="Times New Roman" w:cs="Times New Roman"/>
          <w:i/>
          <w:lang w:val="cs-CZ"/>
        </w:rPr>
        <w:t xml:space="preserve">, </w:t>
      </w:r>
      <w:proofErr w:type="spellStart"/>
      <w:r w:rsidRPr="007E1808">
        <w:rPr>
          <w:rFonts w:ascii="Times New Roman" w:hAnsi="Times New Roman" w:cs="Times New Roman"/>
          <w:i/>
          <w:lang w:val="cs-CZ"/>
        </w:rPr>
        <w:t>d.o.o</w:t>
      </w:r>
      <w:proofErr w:type="spellEnd"/>
      <w:r w:rsidRPr="007E1808">
        <w:rPr>
          <w:rFonts w:ascii="Times New Roman" w:hAnsi="Times New Roman" w:cs="Times New Roman"/>
          <w:i/>
          <w:lang w:val="cs-CZ"/>
        </w:rPr>
        <w:t xml:space="preserve">. • </w:t>
      </w:r>
      <w:proofErr w:type="spellStart"/>
      <w:r w:rsidRPr="007E1808">
        <w:rPr>
          <w:rFonts w:ascii="Times New Roman" w:hAnsi="Times New Roman" w:cs="Times New Roman"/>
          <w:i/>
          <w:lang w:val="cs-CZ"/>
        </w:rPr>
        <w:t>Sokolska</w:t>
      </w:r>
      <w:proofErr w:type="spellEnd"/>
      <w:r w:rsidRPr="007E1808">
        <w:rPr>
          <w:rFonts w:ascii="Times New Roman" w:hAnsi="Times New Roman" w:cs="Times New Roman"/>
          <w:i/>
          <w:lang w:val="cs-CZ"/>
        </w:rPr>
        <w:t xml:space="preserve"> </w:t>
      </w:r>
      <w:proofErr w:type="spellStart"/>
      <w:r w:rsidRPr="007E1808">
        <w:rPr>
          <w:rFonts w:ascii="Times New Roman" w:hAnsi="Times New Roman" w:cs="Times New Roman"/>
          <w:i/>
          <w:lang w:val="cs-CZ"/>
        </w:rPr>
        <w:t>ulica</w:t>
      </w:r>
      <w:proofErr w:type="spellEnd"/>
      <w:r w:rsidRPr="007E1808">
        <w:rPr>
          <w:rFonts w:ascii="Times New Roman" w:hAnsi="Times New Roman" w:cs="Times New Roman"/>
          <w:i/>
          <w:lang w:val="cs-CZ"/>
        </w:rPr>
        <w:t xml:space="preserve"> 46, 2000 </w:t>
      </w:r>
      <w:proofErr w:type="spellStart"/>
      <w:r w:rsidRPr="007E1808">
        <w:rPr>
          <w:rFonts w:ascii="Times New Roman" w:hAnsi="Times New Roman" w:cs="Times New Roman"/>
          <w:i/>
          <w:lang w:val="cs-CZ"/>
        </w:rPr>
        <w:t>Maribor</w:t>
      </w:r>
      <w:proofErr w:type="spellEnd"/>
      <w:r w:rsidRPr="007E1808">
        <w:rPr>
          <w:rFonts w:ascii="Times New Roman" w:hAnsi="Times New Roman" w:cs="Times New Roman"/>
          <w:i/>
          <w:lang w:val="cs-CZ"/>
        </w:rPr>
        <w:t xml:space="preserve">, </w:t>
      </w:r>
      <w:proofErr w:type="spellStart"/>
      <w:r w:rsidRPr="007E1808">
        <w:rPr>
          <w:rFonts w:ascii="Times New Roman" w:hAnsi="Times New Roman" w:cs="Times New Roman"/>
          <w:i/>
          <w:lang w:val="cs-CZ"/>
        </w:rPr>
        <w:t>Slovenia</w:t>
      </w:r>
      <w:proofErr w:type="spellEnd"/>
    </w:p>
    <w:p w14:paraId="62FC9981" w14:textId="2684D7BB" w:rsidR="00BD2014" w:rsidRPr="007E1808" w:rsidRDefault="00000000" w:rsidP="00777246">
      <w:pPr>
        <w:spacing w:after="0"/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lang w:val="cs-CZ"/>
        </w:rPr>
        <w:t xml:space="preserve">Vyplněný formulář lze zaslat společnosti RIKIDAR na kontaktní e-mail zákaznické podpory uvedený ve VOP/EULA. </w:t>
      </w:r>
      <w:r w:rsidR="00BD2014" w:rsidRPr="007E1808">
        <w:rPr>
          <w:rFonts w:ascii="Times New Roman" w:hAnsi="Times New Roman" w:cs="Times New Roman"/>
          <w:lang w:val="cs-CZ"/>
        </w:rPr>
        <w:t>Dle § 1829 odst. 1 zákona č. 89/2012 Sb., občanského zákoníku, je spotřebitel oprávněn od smlouvy odstoupit bez uvedení</w:t>
      </w:r>
      <w:r w:rsidR="00777246" w:rsidRPr="007E1808">
        <w:rPr>
          <w:rFonts w:ascii="Times New Roman" w:hAnsi="Times New Roman" w:cs="Times New Roman"/>
          <w:lang w:val="cs-CZ"/>
        </w:rPr>
        <w:t xml:space="preserve"> </w:t>
      </w:r>
      <w:r w:rsidR="00BD2014" w:rsidRPr="007E1808">
        <w:rPr>
          <w:rFonts w:ascii="Times New Roman" w:hAnsi="Times New Roman" w:cs="Times New Roman"/>
          <w:lang w:val="cs-CZ"/>
        </w:rPr>
        <w:t>důvodu ve lhůtě 14 dnů. Dovolujeme si Vás však upozornit, že v souladu s § 1837 písm. l) občanského zákoníku</w:t>
      </w:r>
      <w:r w:rsidR="00777246" w:rsidRPr="007E1808">
        <w:rPr>
          <w:rFonts w:ascii="Times New Roman" w:hAnsi="Times New Roman" w:cs="Times New Roman"/>
          <w:lang w:val="cs-CZ"/>
        </w:rPr>
        <w:t xml:space="preserve"> </w:t>
      </w:r>
      <w:r w:rsidR="00BD2014" w:rsidRPr="007E1808">
        <w:rPr>
          <w:rFonts w:ascii="Times New Roman" w:hAnsi="Times New Roman" w:cs="Times New Roman"/>
          <w:lang w:val="cs-CZ"/>
        </w:rPr>
        <w:t xml:space="preserve">nelze od smlouvy </w:t>
      </w:r>
      <w:r w:rsidR="00777246" w:rsidRPr="007E1808">
        <w:rPr>
          <w:rFonts w:ascii="Times New Roman" w:hAnsi="Times New Roman" w:cs="Times New Roman"/>
          <w:lang w:val="cs-CZ"/>
        </w:rPr>
        <w:t xml:space="preserve"> o</w:t>
      </w:r>
      <w:r w:rsidR="00BD2014" w:rsidRPr="007E1808">
        <w:rPr>
          <w:rFonts w:ascii="Times New Roman" w:hAnsi="Times New Roman" w:cs="Times New Roman"/>
          <w:lang w:val="cs-CZ"/>
        </w:rPr>
        <w:t>dstoupit v případě, že byl digitální obsah (software) s předchozím výslovným</w:t>
      </w:r>
      <w:r w:rsidR="00777246" w:rsidRPr="007E1808">
        <w:rPr>
          <w:rFonts w:ascii="Times New Roman" w:hAnsi="Times New Roman" w:cs="Times New Roman"/>
          <w:lang w:val="cs-CZ"/>
        </w:rPr>
        <w:t xml:space="preserve"> </w:t>
      </w:r>
      <w:r w:rsidR="00BD2014" w:rsidRPr="007E1808">
        <w:rPr>
          <w:rFonts w:ascii="Times New Roman" w:hAnsi="Times New Roman" w:cs="Times New Roman"/>
          <w:lang w:val="cs-CZ"/>
        </w:rPr>
        <w:t>souhlasem dodán před uplynutím lhůty pro odstoupení od smlouvy. V případě, že spotřebitel</w:t>
      </w:r>
      <w:r w:rsidR="00777246" w:rsidRPr="007E1808">
        <w:rPr>
          <w:rFonts w:ascii="Times New Roman" w:hAnsi="Times New Roman" w:cs="Times New Roman"/>
          <w:lang w:val="cs-CZ"/>
        </w:rPr>
        <w:t xml:space="preserve"> odstupuje pro vady dodaného produktu, je takový důvod odstoupení nutné detailně specifikovat. </w:t>
      </w:r>
    </w:p>
    <w:p w14:paraId="4375F77E" w14:textId="77777777" w:rsidR="00777246" w:rsidRPr="007E1808" w:rsidRDefault="00777246">
      <w:pPr>
        <w:rPr>
          <w:rFonts w:ascii="Times New Roman" w:hAnsi="Times New Roman" w:cs="Times New Roman"/>
          <w:lang w:val="cs-CZ"/>
        </w:rPr>
      </w:pPr>
    </w:p>
    <w:p w14:paraId="6EA0B88A" w14:textId="5154F634" w:rsidR="00A14577" w:rsidRPr="007E1808" w:rsidRDefault="00000000">
      <w:pPr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b/>
          <w:sz w:val="24"/>
          <w:lang w:val="cs-CZ"/>
        </w:rPr>
        <w:t>1. Identifikace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A14577" w:rsidRPr="007E1808" w14:paraId="6CFEBF0B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26D481B1" w14:textId="1FA46502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 xml:space="preserve">Jméno a příjmení </w:t>
            </w:r>
          </w:p>
        </w:tc>
        <w:tc>
          <w:tcPr>
            <w:tcW w:w="5156" w:type="dxa"/>
          </w:tcPr>
          <w:p w14:paraId="41802B02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0516FDAB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3F4089A" w14:textId="00C3B51A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Adresa bydliště</w:t>
            </w:r>
          </w:p>
        </w:tc>
        <w:tc>
          <w:tcPr>
            <w:tcW w:w="5156" w:type="dxa"/>
          </w:tcPr>
          <w:p w14:paraId="43FABC4F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3422AD57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E0E29DD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E-mail použitý při uzavření smlouvy</w:t>
            </w:r>
          </w:p>
        </w:tc>
        <w:tc>
          <w:tcPr>
            <w:tcW w:w="5156" w:type="dxa"/>
          </w:tcPr>
          <w:p w14:paraId="6068EB95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3A2B140A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31609FE6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Telefon (nepovinné)</w:t>
            </w:r>
          </w:p>
        </w:tc>
        <w:tc>
          <w:tcPr>
            <w:tcW w:w="5156" w:type="dxa"/>
          </w:tcPr>
          <w:p w14:paraId="62E3045B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21AC9C93" w14:textId="77777777" w:rsidR="00A14577" w:rsidRPr="007E1808" w:rsidRDefault="00000000">
      <w:pPr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b/>
          <w:sz w:val="24"/>
          <w:lang w:val="cs-CZ"/>
        </w:rPr>
        <w:t>2. Identifikace smlouvy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A14577" w:rsidRPr="007E1808" w14:paraId="28BA149B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75FF7E2E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Produkt</w:t>
            </w:r>
          </w:p>
        </w:tc>
        <w:tc>
          <w:tcPr>
            <w:tcW w:w="5156" w:type="dxa"/>
          </w:tcPr>
          <w:p w14:paraId="65988F30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2FD1076A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5B554EE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Typ licence / Typ služby</w:t>
            </w:r>
          </w:p>
        </w:tc>
        <w:tc>
          <w:tcPr>
            <w:tcW w:w="5156" w:type="dxa"/>
          </w:tcPr>
          <w:p w14:paraId="1887E10A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39A13B36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1162BA1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Číslo objednávky / licence</w:t>
            </w:r>
          </w:p>
        </w:tc>
        <w:tc>
          <w:tcPr>
            <w:tcW w:w="5156" w:type="dxa"/>
          </w:tcPr>
          <w:p w14:paraId="4A9462DB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1727F471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796948C7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Datum uzavření smlouvy</w:t>
            </w:r>
          </w:p>
        </w:tc>
        <w:tc>
          <w:tcPr>
            <w:tcW w:w="5156" w:type="dxa"/>
          </w:tcPr>
          <w:p w14:paraId="5719E30B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13A4375F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72D9458D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Datum aktivace licence</w:t>
            </w:r>
          </w:p>
        </w:tc>
        <w:tc>
          <w:tcPr>
            <w:tcW w:w="5156" w:type="dxa"/>
          </w:tcPr>
          <w:p w14:paraId="144E1C66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09679505" w14:textId="77777777" w:rsidR="00777246" w:rsidRPr="007E1808" w:rsidRDefault="00777246">
      <w:pPr>
        <w:rPr>
          <w:rFonts w:ascii="Times New Roman" w:hAnsi="Times New Roman" w:cs="Times New Roman"/>
          <w:bCs/>
          <w:szCs w:val="18"/>
          <w:lang w:val="cs-CZ"/>
        </w:rPr>
      </w:pPr>
    </w:p>
    <w:p w14:paraId="3783928F" w14:textId="291CE19F" w:rsidR="008A0375" w:rsidRPr="007E1808" w:rsidRDefault="00777246" w:rsidP="00777246">
      <w:pPr>
        <w:spacing w:after="0"/>
        <w:rPr>
          <w:rFonts w:ascii="Times New Roman" w:hAnsi="Times New Roman" w:cs="Times New Roman"/>
          <w:bCs/>
          <w:szCs w:val="18"/>
          <w:lang w:val="cs-CZ"/>
        </w:rPr>
      </w:pPr>
      <w:r w:rsidRPr="007E1808">
        <w:rPr>
          <w:rFonts w:ascii="Times New Roman" w:hAnsi="Times New Roman" w:cs="Times New Roman"/>
          <w:bCs/>
          <w:szCs w:val="18"/>
          <w:lang w:val="cs-CZ"/>
        </w:rPr>
        <w:t xml:space="preserve">Upozornění: V případě, kdy spotřebitel nevyplní takové množství údajů, pro které jej bude možné jednoznačně identifikovat a určit smlouvu, od které odstupuje, může být spotřebitel vyzván k jejich doplnění. Pokud nebude </w:t>
      </w:r>
      <w:r w:rsidR="008A0375" w:rsidRPr="007E1808">
        <w:rPr>
          <w:rFonts w:ascii="Times New Roman" w:hAnsi="Times New Roman" w:cs="Times New Roman"/>
          <w:bCs/>
          <w:szCs w:val="18"/>
          <w:lang w:val="cs-CZ"/>
        </w:rPr>
        <w:t>označení spotřebitele jasné, platí, že k odstoupení od smlouvy nedošlo</w:t>
      </w:r>
      <w:r w:rsidR="000A173B" w:rsidRPr="007E1808">
        <w:rPr>
          <w:rFonts w:ascii="Times New Roman" w:hAnsi="Times New Roman" w:cs="Times New Roman"/>
          <w:bCs/>
          <w:szCs w:val="18"/>
          <w:lang w:val="cs-CZ"/>
        </w:rPr>
        <w:t>, neboť není možné spotřebitele, popř. smlouvu identifikovat</w:t>
      </w:r>
      <w:r w:rsidR="008A0375" w:rsidRPr="007E1808">
        <w:rPr>
          <w:rFonts w:ascii="Times New Roman" w:hAnsi="Times New Roman" w:cs="Times New Roman"/>
          <w:bCs/>
          <w:szCs w:val="18"/>
          <w:lang w:val="cs-CZ"/>
        </w:rPr>
        <w:t>.</w:t>
      </w:r>
    </w:p>
    <w:p w14:paraId="342C6919" w14:textId="77777777" w:rsidR="008A0375" w:rsidRPr="007E1808" w:rsidRDefault="008A0375">
      <w:pPr>
        <w:rPr>
          <w:rFonts w:ascii="Times New Roman" w:hAnsi="Times New Roman" w:cs="Times New Roman"/>
          <w:bCs/>
          <w:szCs w:val="18"/>
          <w:lang w:val="cs-CZ"/>
        </w:rPr>
      </w:pPr>
    </w:p>
    <w:p w14:paraId="1DECE179" w14:textId="0FE736F6" w:rsidR="00A14577" w:rsidRPr="007E1808" w:rsidRDefault="00000000">
      <w:pPr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b/>
          <w:sz w:val="24"/>
          <w:lang w:val="cs-CZ"/>
        </w:rPr>
        <w:t xml:space="preserve">3. </w:t>
      </w:r>
      <w:r w:rsidR="00006796" w:rsidRPr="007E1808">
        <w:rPr>
          <w:rFonts w:ascii="Times New Roman" w:hAnsi="Times New Roman" w:cs="Times New Roman"/>
          <w:b/>
          <w:sz w:val="24"/>
          <w:lang w:val="cs-CZ"/>
        </w:rPr>
        <w:t>O</w:t>
      </w:r>
      <w:r w:rsidRPr="007E1808">
        <w:rPr>
          <w:rFonts w:ascii="Times New Roman" w:hAnsi="Times New Roman" w:cs="Times New Roman"/>
          <w:b/>
          <w:sz w:val="24"/>
          <w:lang w:val="cs-CZ"/>
        </w:rPr>
        <w:t>známení</w:t>
      </w:r>
    </w:p>
    <w:p w14:paraId="2392AE02" w14:textId="32A0A393" w:rsidR="00A14577" w:rsidRPr="007E1808" w:rsidRDefault="00000000">
      <w:pPr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lang w:val="cs-CZ"/>
        </w:rPr>
        <w:t>Tímto oznamuji, že odstupuji od smlouvy uzavřené se společností RIKIDAR, jejímž předmětem je poskytnutí licence k Produktu.</w:t>
      </w:r>
    </w:p>
    <w:p w14:paraId="4D2A4E67" w14:textId="77777777" w:rsidR="00A14577" w:rsidRPr="007E1808" w:rsidRDefault="00000000">
      <w:pPr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b/>
          <w:sz w:val="24"/>
          <w:lang w:val="cs-CZ"/>
        </w:rPr>
        <w:t>4. Důvod odstoupení – nepovinné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A14577" w:rsidRPr="007E1808" w14:paraId="187E1C1D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B0EB0CA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Důvod / poznámka</w:t>
            </w:r>
          </w:p>
        </w:tc>
        <w:tc>
          <w:tcPr>
            <w:tcW w:w="5156" w:type="dxa"/>
          </w:tcPr>
          <w:p w14:paraId="23E34ADE" w14:textId="77777777" w:rsidR="00A14577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  <w:p w14:paraId="025D84C1" w14:textId="77777777" w:rsidR="0052617E" w:rsidRDefault="0052617E">
            <w:pPr>
              <w:rPr>
                <w:rFonts w:ascii="Times New Roman" w:hAnsi="Times New Roman" w:cs="Times New Roman"/>
                <w:lang w:val="cs-CZ"/>
              </w:rPr>
            </w:pPr>
          </w:p>
          <w:p w14:paraId="06B490F1" w14:textId="77777777" w:rsidR="0052617E" w:rsidRDefault="0052617E">
            <w:pPr>
              <w:rPr>
                <w:rFonts w:ascii="Times New Roman" w:hAnsi="Times New Roman" w:cs="Times New Roman"/>
                <w:lang w:val="cs-CZ"/>
              </w:rPr>
            </w:pPr>
          </w:p>
          <w:p w14:paraId="3D12D925" w14:textId="77777777" w:rsidR="0052617E" w:rsidRDefault="0052617E">
            <w:pPr>
              <w:rPr>
                <w:rFonts w:ascii="Times New Roman" w:hAnsi="Times New Roman" w:cs="Times New Roman"/>
                <w:lang w:val="cs-CZ"/>
              </w:rPr>
            </w:pPr>
          </w:p>
          <w:p w14:paraId="2DA11A63" w14:textId="77777777" w:rsidR="0052617E" w:rsidRPr="007E1808" w:rsidRDefault="0052617E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1387DFE8" w14:textId="2218CBA4" w:rsidR="000B79FD" w:rsidRPr="007E1808" w:rsidRDefault="000B79FD" w:rsidP="000B79FD">
      <w:pPr>
        <w:rPr>
          <w:rFonts w:ascii="Times New Roman" w:hAnsi="Times New Roman" w:cs="Times New Roman"/>
          <w:bCs/>
          <w:szCs w:val="18"/>
          <w:lang w:val="cs-CZ"/>
        </w:rPr>
      </w:pPr>
      <w:r w:rsidRPr="007E1808">
        <w:rPr>
          <w:rFonts w:ascii="Times New Roman" w:hAnsi="Times New Roman" w:cs="Times New Roman"/>
          <w:bCs/>
          <w:szCs w:val="18"/>
          <w:lang w:val="cs-CZ"/>
        </w:rPr>
        <w:lastRenderedPageBreak/>
        <w:t>Uvedení důvodu je při odstoupení v zákonné 14denní lhůtě nepovinné a lze odstoupit i bez důvodu. Pokud však odstupujete z důvodu vady Produktu, je nutné tyto vady uvést.</w:t>
      </w:r>
    </w:p>
    <w:p w14:paraId="39093756" w14:textId="6F86701C" w:rsidR="00A14577" w:rsidRPr="007E1808" w:rsidRDefault="00000000">
      <w:pPr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b/>
          <w:sz w:val="24"/>
          <w:lang w:val="cs-CZ"/>
        </w:rPr>
        <w:t>5. Vrácení peněžních prostředků</w:t>
      </w:r>
    </w:p>
    <w:p w14:paraId="319CBDED" w14:textId="77777777" w:rsidR="00A14577" w:rsidRPr="007E1808" w:rsidRDefault="00000000">
      <w:pPr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lang w:val="cs-CZ"/>
        </w:rPr>
        <w:t>Žádám o vrácení peněžních prostředků způsobem odpovídajícím způsobu původní úhrady, není-li se mnou dohodnuto jinak.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A14577" w:rsidRPr="007E1808" w14:paraId="749CABD3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52F0536" w14:textId="099B7764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 xml:space="preserve">Číslo účtu / IBAN </w:t>
            </w:r>
          </w:p>
        </w:tc>
        <w:tc>
          <w:tcPr>
            <w:tcW w:w="5156" w:type="dxa"/>
          </w:tcPr>
          <w:p w14:paraId="57E7D9D5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A56E2" w:rsidRPr="007E1808" w14:paraId="1741BF71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1B2DA0AC" w14:textId="0EAFCEC1" w:rsidR="00AA56E2" w:rsidRPr="007E1808" w:rsidRDefault="00AA56E2">
            <w:pPr>
              <w:rPr>
                <w:rFonts w:ascii="Times New Roman" w:hAnsi="Times New Roman" w:cs="Times New Roman"/>
                <w:b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Variabilní symbol</w:t>
            </w:r>
          </w:p>
        </w:tc>
        <w:tc>
          <w:tcPr>
            <w:tcW w:w="5156" w:type="dxa"/>
          </w:tcPr>
          <w:p w14:paraId="4079AF2A" w14:textId="77777777" w:rsidR="00AA56E2" w:rsidRPr="007E1808" w:rsidRDefault="00AA56E2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5B807B41" w14:textId="6B0564B9" w:rsidR="00E71D20" w:rsidRPr="007E1808" w:rsidRDefault="00E71D20">
      <w:pPr>
        <w:rPr>
          <w:rFonts w:ascii="Times New Roman" w:hAnsi="Times New Roman" w:cs="Times New Roman"/>
          <w:b/>
          <w:sz w:val="24"/>
          <w:lang w:val="cs-CZ"/>
        </w:rPr>
      </w:pPr>
    </w:p>
    <w:p w14:paraId="3978A9A0" w14:textId="3437CB56" w:rsidR="00A14577" w:rsidRPr="007E1808" w:rsidRDefault="00000000">
      <w:pPr>
        <w:rPr>
          <w:rFonts w:ascii="Times New Roman" w:hAnsi="Times New Roman" w:cs="Times New Roman"/>
          <w:lang w:val="cs-CZ"/>
        </w:rPr>
      </w:pPr>
      <w:r w:rsidRPr="007E1808">
        <w:rPr>
          <w:rFonts w:ascii="Times New Roman" w:hAnsi="Times New Roman" w:cs="Times New Roman"/>
          <w:b/>
          <w:sz w:val="24"/>
          <w:lang w:val="cs-CZ"/>
        </w:rPr>
        <w:t>6. Datum a podpis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A14577" w:rsidRPr="007E1808" w14:paraId="7D26DC05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65102F39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Místo</w:t>
            </w:r>
          </w:p>
        </w:tc>
        <w:tc>
          <w:tcPr>
            <w:tcW w:w="5156" w:type="dxa"/>
          </w:tcPr>
          <w:p w14:paraId="38F07E37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022FDB95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56D39610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Datum</w:t>
            </w:r>
          </w:p>
        </w:tc>
        <w:tc>
          <w:tcPr>
            <w:tcW w:w="5156" w:type="dxa"/>
          </w:tcPr>
          <w:p w14:paraId="0E30D389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A14577" w:rsidRPr="007E1808" w14:paraId="124313C9" w14:textId="77777777">
        <w:trPr>
          <w:jc w:val="center"/>
        </w:trPr>
        <w:tc>
          <w:tcPr>
            <w:tcW w:w="5156" w:type="dxa"/>
            <w:shd w:val="clear" w:color="auto" w:fill="F1F1F1"/>
          </w:tcPr>
          <w:p w14:paraId="01078813" w14:textId="77777777" w:rsidR="00A14577" w:rsidRPr="007E1808" w:rsidRDefault="00000000">
            <w:pPr>
              <w:rPr>
                <w:rFonts w:ascii="Times New Roman" w:hAnsi="Times New Roman" w:cs="Times New Roman"/>
                <w:lang w:val="cs-CZ"/>
              </w:rPr>
            </w:pPr>
            <w:r w:rsidRPr="007E1808">
              <w:rPr>
                <w:rFonts w:ascii="Times New Roman" w:hAnsi="Times New Roman" w:cs="Times New Roman"/>
                <w:b/>
                <w:lang w:val="cs-CZ"/>
              </w:rPr>
              <w:t>Podpis</w:t>
            </w:r>
          </w:p>
        </w:tc>
        <w:tc>
          <w:tcPr>
            <w:tcW w:w="5156" w:type="dxa"/>
          </w:tcPr>
          <w:p w14:paraId="18FBE313" w14:textId="77777777" w:rsidR="00A14577" w:rsidRPr="007E1808" w:rsidRDefault="00A14577">
            <w:pPr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325ABC1A" w14:textId="77777777" w:rsidR="00197E79" w:rsidRPr="007E1808" w:rsidRDefault="00197E79">
      <w:pPr>
        <w:rPr>
          <w:rFonts w:ascii="Times New Roman" w:hAnsi="Times New Roman" w:cs="Times New Roman"/>
          <w:lang w:val="cs-CZ"/>
        </w:rPr>
      </w:pPr>
    </w:p>
    <w:sectPr w:rsidR="00197E79" w:rsidRPr="007E1808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DE337" w14:textId="77777777" w:rsidR="00772145" w:rsidRDefault="00772145">
      <w:pPr>
        <w:spacing w:after="0" w:line="240" w:lineRule="auto"/>
      </w:pPr>
      <w:r>
        <w:separator/>
      </w:r>
    </w:p>
  </w:endnote>
  <w:endnote w:type="continuationSeparator" w:id="0">
    <w:p w14:paraId="61397626" w14:textId="77777777" w:rsidR="00772145" w:rsidRDefault="0077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EBC39" w14:textId="77777777" w:rsidR="00772145" w:rsidRDefault="00772145">
      <w:pPr>
        <w:spacing w:after="0" w:line="240" w:lineRule="auto"/>
      </w:pPr>
      <w:r>
        <w:separator/>
      </w:r>
    </w:p>
  </w:footnote>
  <w:footnote w:type="continuationSeparator" w:id="0">
    <w:p w14:paraId="530E2130" w14:textId="77777777" w:rsidR="00772145" w:rsidRDefault="00772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17806">
    <w:abstractNumId w:val="8"/>
  </w:num>
  <w:num w:numId="2" w16cid:durableId="267390500">
    <w:abstractNumId w:val="6"/>
  </w:num>
  <w:num w:numId="3" w16cid:durableId="1007828959">
    <w:abstractNumId w:val="5"/>
  </w:num>
  <w:num w:numId="4" w16cid:durableId="1376276496">
    <w:abstractNumId w:val="4"/>
  </w:num>
  <w:num w:numId="5" w16cid:durableId="532155969">
    <w:abstractNumId w:val="7"/>
  </w:num>
  <w:num w:numId="6" w16cid:durableId="1401059011">
    <w:abstractNumId w:val="3"/>
  </w:num>
  <w:num w:numId="7" w16cid:durableId="664825960">
    <w:abstractNumId w:val="2"/>
  </w:num>
  <w:num w:numId="8" w16cid:durableId="1850673710">
    <w:abstractNumId w:val="1"/>
  </w:num>
  <w:num w:numId="9" w16cid:durableId="947084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796"/>
    <w:rsid w:val="00034616"/>
    <w:rsid w:val="0006063C"/>
    <w:rsid w:val="000A173B"/>
    <w:rsid w:val="000B79FD"/>
    <w:rsid w:val="00137786"/>
    <w:rsid w:val="0015074B"/>
    <w:rsid w:val="00197E79"/>
    <w:rsid w:val="001B6422"/>
    <w:rsid w:val="0029639D"/>
    <w:rsid w:val="002E5AF8"/>
    <w:rsid w:val="00326F90"/>
    <w:rsid w:val="00404CBA"/>
    <w:rsid w:val="004E384A"/>
    <w:rsid w:val="0052617E"/>
    <w:rsid w:val="00576FCC"/>
    <w:rsid w:val="006D42CA"/>
    <w:rsid w:val="00772145"/>
    <w:rsid w:val="00777246"/>
    <w:rsid w:val="007E1808"/>
    <w:rsid w:val="00815CA5"/>
    <w:rsid w:val="008A0375"/>
    <w:rsid w:val="008A36F3"/>
    <w:rsid w:val="00A14577"/>
    <w:rsid w:val="00A67FDD"/>
    <w:rsid w:val="00AA1D8D"/>
    <w:rsid w:val="00AA56E2"/>
    <w:rsid w:val="00B322D1"/>
    <w:rsid w:val="00B47730"/>
    <w:rsid w:val="00B75DD3"/>
    <w:rsid w:val="00BD2014"/>
    <w:rsid w:val="00CB0664"/>
    <w:rsid w:val="00CC6874"/>
    <w:rsid w:val="00CF014F"/>
    <w:rsid w:val="00D25B94"/>
    <w:rsid w:val="00E71D20"/>
    <w:rsid w:val="00E81C33"/>
    <w:rsid w:val="00F53973"/>
    <w:rsid w:val="00F96C21"/>
    <w:rsid w:val="00FC693F"/>
    <w:rsid w:val="00FC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B63A8"/>
  <w14:defaultImageDpi w14:val="300"/>
  <w15:docId w15:val="{0F14035A-2B57-466E-89BD-9D5E4F70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283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Jaroslav Kouba</cp:lastModifiedBy>
  <cp:revision>35</cp:revision>
  <dcterms:created xsi:type="dcterms:W3CDTF">2013-12-23T23:15:00Z</dcterms:created>
  <dcterms:modified xsi:type="dcterms:W3CDTF">2026-08-25T10:35:00Z</dcterms:modified>
  <cp:category/>
</cp:coreProperties>
</file>