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635F" w14:textId="77777777" w:rsidR="00B63DB6" w:rsidRPr="00421251" w:rsidRDefault="00000000">
      <w:pPr>
        <w:jc w:val="center"/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b/>
          <w:sz w:val="32"/>
        </w:rPr>
        <w:t>FORMULÁŘ PRO VYTKNUTÍ VADY / NESOULADU PRODUKTU – SPOTŘEBITEL</w:t>
      </w:r>
    </w:p>
    <w:p w14:paraId="0C3513A6" w14:textId="77777777" w:rsidR="00B63DB6" w:rsidRPr="00421251" w:rsidRDefault="00000000">
      <w:pPr>
        <w:jc w:val="center"/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i/>
        </w:rPr>
        <w:t>RIKIDAR, računalniške storitve, d.o.o. • Sokolska ulica 46, 2000 Maribor, Slovenia</w:t>
      </w:r>
    </w:p>
    <w:p w14:paraId="6B3F7C80" w14:textId="77777777" w:rsidR="00B63DB6" w:rsidRPr="00421251" w:rsidRDefault="00000000">
      <w:pPr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</w:rPr>
        <w:t>Formulář slouží k oznámení vady nebo nesouladu Produktu a k jeho rychlejší diagnostice. Doporučujeme přiložit chybové hlášení, snímky obrazovky nebo log.</w:t>
      </w:r>
    </w:p>
    <w:p w14:paraId="7D98395A" w14:textId="77777777" w:rsidR="00B63DB6" w:rsidRPr="00421251" w:rsidRDefault="00000000">
      <w:pPr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b/>
          <w:sz w:val="24"/>
        </w:rPr>
        <w:t>1. Identifikace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B63DB6" w:rsidRPr="00421251" w14:paraId="3D4AA73A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3DD1F77" w14:textId="0ED6B625" w:rsidR="00B63DB6" w:rsidRPr="00421251" w:rsidRDefault="00000000">
            <w:pPr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Jméno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a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příjmení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</w:t>
            </w:r>
          </w:p>
        </w:tc>
        <w:tc>
          <w:tcPr>
            <w:tcW w:w="5156" w:type="dxa"/>
          </w:tcPr>
          <w:p w14:paraId="650CF61D" w14:textId="77777777" w:rsidR="00B63DB6" w:rsidRPr="00421251" w:rsidRDefault="00B63DB6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63DB6" w:rsidRPr="00421251" w14:paraId="36789B78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3FE3D19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E-mail</w:t>
            </w:r>
          </w:p>
        </w:tc>
        <w:tc>
          <w:tcPr>
            <w:tcW w:w="5156" w:type="dxa"/>
          </w:tcPr>
          <w:p w14:paraId="7B7AF0E6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57E11B06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4BF1246F" w14:textId="5E165AAB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 xml:space="preserve">Adresa bydliště </w:t>
            </w:r>
          </w:p>
        </w:tc>
        <w:tc>
          <w:tcPr>
            <w:tcW w:w="5156" w:type="dxa"/>
          </w:tcPr>
          <w:p w14:paraId="7D0F87FE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23149DA9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1D6A9D7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Telefon</w:t>
            </w:r>
          </w:p>
        </w:tc>
        <w:tc>
          <w:tcPr>
            <w:tcW w:w="5156" w:type="dxa"/>
          </w:tcPr>
          <w:p w14:paraId="533E9630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</w:tbl>
    <w:p w14:paraId="7FB7F3D2" w14:textId="77777777" w:rsidR="00BA6AC4" w:rsidRDefault="00BA6AC4">
      <w:pPr>
        <w:rPr>
          <w:rFonts w:ascii="Times New Roman" w:hAnsi="Times New Roman" w:cs="Times New Roman"/>
          <w:b/>
          <w:sz w:val="24"/>
        </w:rPr>
      </w:pPr>
    </w:p>
    <w:p w14:paraId="68F11749" w14:textId="6933B51C" w:rsidR="00B63DB6" w:rsidRPr="00421251" w:rsidRDefault="00000000">
      <w:pPr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b/>
          <w:sz w:val="24"/>
        </w:rPr>
        <w:t>2. Produkt a licence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B63DB6" w:rsidRPr="00421251" w14:paraId="0698C709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41742E2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Produkt</w:t>
            </w:r>
          </w:p>
        </w:tc>
        <w:tc>
          <w:tcPr>
            <w:tcW w:w="5156" w:type="dxa"/>
          </w:tcPr>
          <w:p w14:paraId="0B6D9925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54241450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E18464A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421251">
              <w:rPr>
                <w:rFonts w:ascii="Times New Roman" w:hAnsi="Times New Roman" w:cs="Times New Roman"/>
                <w:b/>
              </w:rPr>
              <w:t>Verze</w:t>
            </w:r>
            <w:proofErr w:type="spellEnd"/>
            <w:r w:rsidRPr="0042125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21251">
              <w:rPr>
                <w:rFonts w:ascii="Times New Roman" w:hAnsi="Times New Roman" w:cs="Times New Roman"/>
                <w:b/>
              </w:rPr>
              <w:t>Produktu</w:t>
            </w:r>
            <w:proofErr w:type="spellEnd"/>
          </w:p>
        </w:tc>
        <w:tc>
          <w:tcPr>
            <w:tcW w:w="5156" w:type="dxa"/>
          </w:tcPr>
          <w:p w14:paraId="744D4A30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28148FA1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72C2B17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Typ licence / Typ služby</w:t>
            </w:r>
          </w:p>
        </w:tc>
        <w:tc>
          <w:tcPr>
            <w:tcW w:w="5156" w:type="dxa"/>
          </w:tcPr>
          <w:p w14:paraId="447DC5A8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6B3CF4A6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7D6E5E9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Číslo objednávky / licence</w:t>
            </w:r>
          </w:p>
        </w:tc>
        <w:tc>
          <w:tcPr>
            <w:tcW w:w="5156" w:type="dxa"/>
          </w:tcPr>
          <w:p w14:paraId="4A3EEDFE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092E5BE8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C827A2B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Datum uzavření smlouvy</w:t>
            </w:r>
          </w:p>
        </w:tc>
        <w:tc>
          <w:tcPr>
            <w:tcW w:w="5156" w:type="dxa"/>
          </w:tcPr>
          <w:p w14:paraId="549592D2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2D5CDFA3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288900C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Datum aktivace</w:t>
            </w:r>
          </w:p>
        </w:tc>
        <w:tc>
          <w:tcPr>
            <w:tcW w:w="5156" w:type="dxa"/>
          </w:tcPr>
          <w:p w14:paraId="5C0B021C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</w:tbl>
    <w:p w14:paraId="2D96AF91" w14:textId="3750778C" w:rsidR="00421251" w:rsidRPr="007E1808" w:rsidRDefault="00421251" w:rsidP="00421251">
      <w:pPr>
        <w:spacing w:after="0"/>
        <w:rPr>
          <w:rFonts w:ascii="Times New Roman" w:hAnsi="Times New Roman" w:cs="Times New Roman"/>
          <w:bCs/>
          <w:szCs w:val="18"/>
          <w:lang w:val="cs-CZ"/>
        </w:rPr>
      </w:pP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Upozornění: V případě, kdy spotřebitel nevyplní takové množství údajů, pro které jej bude možné jednoznačně identifikovat a určit smlouvu, </w:t>
      </w:r>
      <w:r>
        <w:rPr>
          <w:rFonts w:ascii="Times New Roman" w:hAnsi="Times New Roman" w:cs="Times New Roman"/>
          <w:bCs/>
          <w:szCs w:val="18"/>
          <w:lang w:val="cs-CZ"/>
        </w:rPr>
        <w:t>ve vztahu ke které vady namítá</w:t>
      </w:r>
      <w:r w:rsidRPr="007E1808">
        <w:rPr>
          <w:rFonts w:ascii="Times New Roman" w:hAnsi="Times New Roman" w:cs="Times New Roman"/>
          <w:bCs/>
          <w:szCs w:val="18"/>
          <w:lang w:val="cs-CZ"/>
        </w:rPr>
        <w:t>, může být spotřebitel vyzván k jejich doplnění. Pokud nebude označení spotřebitele jasné, platí, že k</w:t>
      </w:r>
      <w:r w:rsidR="005C5529">
        <w:rPr>
          <w:rFonts w:ascii="Times New Roman" w:hAnsi="Times New Roman" w:cs="Times New Roman"/>
          <w:bCs/>
          <w:szCs w:val="18"/>
          <w:lang w:val="cs-CZ"/>
        </w:rPr>
        <w:t> vytknutí vady</w:t>
      </w: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 nedošlo, neboť není možné spotřebitele, popř. smlouvu identifikovat.</w:t>
      </w:r>
    </w:p>
    <w:p w14:paraId="43F2894F" w14:textId="77777777" w:rsidR="009E6F18" w:rsidRPr="00421251" w:rsidRDefault="009E6F18">
      <w:pPr>
        <w:rPr>
          <w:rFonts w:ascii="Times New Roman" w:hAnsi="Times New Roman" w:cs="Times New Roman"/>
          <w:b/>
          <w:sz w:val="24"/>
          <w:lang w:val="cs-CZ"/>
        </w:rPr>
      </w:pPr>
    </w:p>
    <w:p w14:paraId="5EFC4688" w14:textId="4BC4475D" w:rsidR="00B63DB6" w:rsidRPr="00BA6AC4" w:rsidRDefault="00000000">
      <w:pPr>
        <w:rPr>
          <w:rFonts w:ascii="Times New Roman" w:hAnsi="Times New Roman" w:cs="Times New Roman"/>
          <w:b/>
          <w:sz w:val="24"/>
          <w:lang w:val="cs-CZ"/>
        </w:rPr>
      </w:pPr>
      <w:r w:rsidRPr="00BA6AC4">
        <w:rPr>
          <w:rFonts w:ascii="Times New Roman" w:hAnsi="Times New Roman" w:cs="Times New Roman"/>
          <w:b/>
          <w:sz w:val="24"/>
          <w:lang w:val="cs-CZ"/>
        </w:rPr>
        <w:t>3. Typ vady / nesouladu</w:t>
      </w:r>
    </w:p>
    <w:p w14:paraId="281D66B9" w14:textId="4F6DDE13" w:rsidR="00F103D1" w:rsidRPr="00F103D1" w:rsidRDefault="00A430E0">
      <w:pPr>
        <w:rPr>
          <w:rFonts w:ascii="Times New Roman" w:hAnsi="Times New Roman" w:cs="Times New Roman"/>
          <w:bCs/>
          <w:sz w:val="16"/>
          <w:szCs w:val="18"/>
          <w:lang w:val="cs-CZ"/>
        </w:rPr>
      </w:pPr>
      <w:r>
        <w:rPr>
          <w:rFonts w:ascii="Times New Roman" w:hAnsi="Times New Roman" w:cs="Times New Roman"/>
          <w:bCs/>
          <w:szCs w:val="18"/>
          <w:lang w:val="cs-CZ"/>
        </w:rPr>
        <w:t>Spotřebitel</w:t>
      </w:r>
      <w:r w:rsidR="00F103D1">
        <w:rPr>
          <w:rFonts w:ascii="Times New Roman" w:hAnsi="Times New Roman" w:cs="Times New Roman"/>
          <w:bCs/>
          <w:szCs w:val="18"/>
          <w:lang w:val="cs-CZ"/>
        </w:rPr>
        <w:t xml:space="preserve"> je povinen vadu, nesoulad řádně vytknout a označit. Chybné označení vady, její popis, způsobuje, že k vytknutí vady nedošlo řádně. 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585"/>
        <w:gridCol w:w="4943"/>
      </w:tblGrid>
      <w:tr w:rsidR="00436752" w:rsidRPr="00A430E0" w14:paraId="054ABD92" w14:textId="77777777" w:rsidTr="002B4153">
        <w:tc>
          <w:tcPr>
            <w:tcW w:w="5585" w:type="dxa"/>
          </w:tcPr>
          <w:p w14:paraId="4B63A419" w14:textId="77777777" w:rsidR="00436752" w:rsidRPr="00816842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816842">
              <w:rPr>
                <w:rFonts w:ascii="Times New Roman" w:hAnsi="Times New Roman" w:cs="Times New Roman"/>
                <w:sz w:val="24"/>
                <w:szCs w:val="28"/>
                <w:lang w:val="cs-CZ"/>
              </w:rPr>
              <w:t>Popis vady/nesouladu</w:t>
            </w:r>
          </w:p>
        </w:tc>
        <w:tc>
          <w:tcPr>
            <w:tcW w:w="4943" w:type="dxa"/>
          </w:tcPr>
          <w:p w14:paraId="489B34F0" w14:textId="77777777" w:rsidR="00436752" w:rsidRPr="00816842" w:rsidRDefault="00436752" w:rsidP="002B4153">
            <w:pPr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Detailně popište problém, okolnosti, při kterých k vadě/nesouladu dochází</w:t>
            </w:r>
            <w:r w:rsidRPr="00816842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</w:t>
            </w:r>
          </w:p>
        </w:tc>
      </w:tr>
      <w:tr w:rsidR="00436752" w:rsidRPr="00370C6C" w14:paraId="4ED0F3DA" w14:textId="77777777" w:rsidTr="002B4153">
        <w:tc>
          <w:tcPr>
            <w:tcW w:w="5585" w:type="dxa"/>
          </w:tcPr>
          <w:p w14:paraId="1F575079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se nespouští.</w:t>
            </w:r>
          </w:p>
        </w:tc>
        <w:tc>
          <w:tcPr>
            <w:tcW w:w="4943" w:type="dxa"/>
          </w:tcPr>
          <w:p w14:paraId="73B701E7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2FA1CB52" w14:textId="77777777" w:rsidTr="002B4153">
        <w:tc>
          <w:tcPr>
            <w:tcW w:w="5585" w:type="dxa"/>
          </w:tcPr>
          <w:p w14:paraId="4127D2A1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se samovolně vypíná / ukončuje.</w:t>
            </w:r>
          </w:p>
        </w:tc>
        <w:tc>
          <w:tcPr>
            <w:tcW w:w="4943" w:type="dxa"/>
          </w:tcPr>
          <w:p w14:paraId="2FC83B90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434F752E" w14:textId="77777777" w:rsidTr="002B4153">
        <w:tc>
          <w:tcPr>
            <w:tcW w:w="5585" w:type="dxa"/>
          </w:tcPr>
          <w:p w14:paraId="6D01D19E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zamrzá nebo přestává reagovat.</w:t>
            </w:r>
          </w:p>
        </w:tc>
        <w:tc>
          <w:tcPr>
            <w:tcW w:w="4943" w:type="dxa"/>
          </w:tcPr>
          <w:p w14:paraId="79D38984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53DC6663" w14:textId="77777777" w:rsidTr="002B4153">
        <w:tc>
          <w:tcPr>
            <w:tcW w:w="5585" w:type="dxa"/>
          </w:tcPr>
          <w:p w14:paraId="5A4F32A9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neplní deklarovanou nebo sjednanou funkci.</w:t>
            </w:r>
          </w:p>
        </w:tc>
        <w:tc>
          <w:tcPr>
            <w:tcW w:w="4943" w:type="dxa"/>
          </w:tcPr>
          <w:p w14:paraId="2B576C24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058662A3" w14:textId="77777777" w:rsidTr="002B4153">
        <w:tc>
          <w:tcPr>
            <w:tcW w:w="5585" w:type="dxa"/>
          </w:tcPr>
          <w:p w14:paraId="4950BE7A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lastRenderedPageBreak/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Některá funkce Produktu nefunguje.</w:t>
            </w:r>
          </w:p>
        </w:tc>
        <w:tc>
          <w:tcPr>
            <w:tcW w:w="4943" w:type="dxa"/>
          </w:tcPr>
          <w:p w14:paraId="39A83858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641B4EDF" w14:textId="77777777" w:rsidTr="002B4153">
        <w:tc>
          <w:tcPr>
            <w:tcW w:w="5585" w:type="dxa"/>
          </w:tcPr>
          <w:p w14:paraId="0F82B274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reaguje nesprávně nebo neočekávaně.</w:t>
            </w:r>
          </w:p>
        </w:tc>
        <w:tc>
          <w:tcPr>
            <w:tcW w:w="4943" w:type="dxa"/>
          </w:tcPr>
          <w:p w14:paraId="2404B833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A430E0" w14:paraId="73DA0728" w14:textId="77777777" w:rsidTr="002B4153">
        <w:tc>
          <w:tcPr>
            <w:tcW w:w="5585" w:type="dxa"/>
          </w:tcPr>
          <w:p w14:paraId="06ADB2C2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je nestabilní nebo se opakovaně zhroutí.</w:t>
            </w:r>
          </w:p>
        </w:tc>
        <w:tc>
          <w:tcPr>
            <w:tcW w:w="4943" w:type="dxa"/>
          </w:tcPr>
          <w:p w14:paraId="50AF659D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5B68A7D9" w14:textId="77777777" w:rsidTr="002B4153">
        <w:tc>
          <w:tcPr>
            <w:tcW w:w="5585" w:type="dxa"/>
          </w:tcPr>
          <w:p w14:paraId="0E51828B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nelze nainstalovat.</w:t>
            </w:r>
          </w:p>
        </w:tc>
        <w:tc>
          <w:tcPr>
            <w:tcW w:w="4943" w:type="dxa"/>
          </w:tcPr>
          <w:p w14:paraId="6809CF75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3A0E4867" w14:textId="77777777" w:rsidTr="002B4153">
        <w:tc>
          <w:tcPr>
            <w:tcW w:w="5585" w:type="dxa"/>
          </w:tcPr>
          <w:p w14:paraId="58FC22B2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nelze aktivovat nebo ověřit licenci.</w:t>
            </w:r>
          </w:p>
        </w:tc>
        <w:tc>
          <w:tcPr>
            <w:tcW w:w="4943" w:type="dxa"/>
          </w:tcPr>
          <w:p w14:paraId="5BCBF1F6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A430E0" w14:paraId="0A1E83FE" w14:textId="77777777" w:rsidTr="002B4153">
        <w:tc>
          <w:tcPr>
            <w:tcW w:w="5585" w:type="dxa"/>
          </w:tcPr>
          <w:p w14:paraId="50FC6FAF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přestane fungovat po aktualizaci.</w:t>
            </w:r>
          </w:p>
        </w:tc>
        <w:tc>
          <w:tcPr>
            <w:tcW w:w="4943" w:type="dxa"/>
          </w:tcPr>
          <w:p w14:paraId="7F55655C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A430E0" w14:paraId="06B5CA13" w14:textId="77777777" w:rsidTr="002B4153">
        <w:tc>
          <w:tcPr>
            <w:tcW w:w="5585" w:type="dxa"/>
          </w:tcPr>
          <w:p w14:paraId="4FBA6DA1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Aktualizace Produktu se nedaří provést.</w:t>
            </w:r>
          </w:p>
        </w:tc>
        <w:tc>
          <w:tcPr>
            <w:tcW w:w="4943" w:type="dxa"/>
          </w:tcPr>
          <w:p w14:paraId="3E0CA8D5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A430E0" w14:paraId="3AB0D52E" w14:textId="77777777" w:rsidTr="002B4153">
        <w:tc>
          <w:tcPr>
            <w:tcW w:w="5585" w:type="dxa"/>
          </w:tcPr>
          <w:p w14:paraId="0715F473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není kompatibilní s podporovaným systémem nebo zařízením.</w:t>
            </w:r>
          </w:p>
        </w:tc>
        <w:tc>
          <w:tcPr>
            <w:tcW w:w="4943" w:type="dxa"/>
          </w:tcPr>
          <w:p w14:paraId="704FA66F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A430E0" w14:paraId="738EE001" w14:textId="77777777" w:rsidTr="002B4153">
        <w:tc>
          <w:tcPr>
            <w:tcW w:w="5585" w:type="dxa"/>
          </w:tcPr>
          <w:p w14:paraId="2CEF0C12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Chyba při práci se soubory nebo daty.</w:t>
            </w:r>
          </w:p>
        </w:tc>
        <w:tc>
          <w:tcPr>
            <w:tcW w:w="4943" w:type="dxa"/>
          </w:tcPr>
          <w:p w14:paraId="69AED784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A430E0" w14:paraId="48E1C2DD" w14:textId="77777777" w:rsidTr="002B4153">
        <w:tc>
          <w:tcPr>
            <w:tcW w:w="5585" w:type="dxa"/>
          </w:tcPr>
          <w:p w14:paraId="4B348CA2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Data se nezobrazují správně nebo dochází k jejich poškození.</w:t>
            </w:r>
          </w:p>
        </w:tc>
        <w:tc>
          <w:tcPr>
            <w:tcW w:w="4943" w:type="dxa"/>
          </w:tcPr>
          <w:p w14:paraId="3A040FDF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3FB830AA" w14:textId="77777777" w:rsidTr="002B4153">
        <w:tc>
          <w:tcPr>
            <w:tcW w:w="5585" w:type="dxa"/>
          </w:tcPr>
          <w:p w14:paraId="17FD84DC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zobrazuje chybové hlášení.</w:t>
            </w:r>
          </w:p>
        </w:tc>
        <w:tc>
          <w:tcPr>
            <w:tcW w:w="4943" w:type="dxa"/>
          </w:tcPr>
          <w:p w14:paraId="73DEA6F6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06B1DD22" w14:textId="77777777" w:rsidTr="002B4153">
        <w:tc>
          <w:tcPr>
            <w:tcW w:w="5585" w:type="dxa"/>
          </w:tcPr>
          <w:p w14:paraId="182FC8FF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Výkon Produktu je výrazně nižší, než odpovídá jeho deklarované funkci.</w:t>
            </w:r>
          </w:p>
        </w:tc>
        <w:tc>
          <w:tcPr>
            <w:tcW w:w="4943" w:type="dxa"/>
          </w:tcPr>
          <w:p w14:paraId="7C3E8CF0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436752" w:rsidRPr="00370C6C" w14:paraId="6B3FA0CD" w14:textId="77777777" w:rsidTr="002B4153">
        <w:tc>
          <w:tcPr>
            <w:tcW w:w="5585" w:type="dxa"/>
          </w:tcPr>
          <w:p w14:paraId="707D2443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Jiná vada / nesoulad:</w:t>
            </w:r>
          </w:p>
        </w:tc>
        <w:tc>
          <w:tcPr>
            <w:tcW w:w="4943" w:type="dxa"/>
          </w:tcPr>
          <w:p w14:paraId="0BE5000D" w14:textId="77777777" w:rsidR="00436752" w:rsidRPr="00370C6C" w:rsidRDefault="00436752" w:rsidP="002B4153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</w:tbl>
    <w:p w14:paraId="0CD88359" w14:textId="77777777" w:rsidR="00BA6AC4" w:rsidRDefault="00BA6AC4">
      <w:pPr>
        <w:rPr>
          <w:rFonts w:ascii="Times New Roman" w:hAnsi="Times New Roman" w:cs="Times New Roman"/>
          <w:b/>
          <w:sz w:val="24"/>
        </w:rPr>
      </w:pPr>
    </w:p>
    <w:p w14:paraId="1A4980F7" w14:textId="38E03831" w:rsidR="00B63DB6" w:rsidRPr="00421251" w:rsidRDefault="00000000">
      <w:pPr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b/>
          <w:sz w:val="24"/>
        </w:rPr>
        <w:t>4. Popis vady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436752" w:rsidRPr="00A430E0" w14:paraId="71891888" w14:textId="77777777" w:rsidTr="002B4153">
        <w:trPr>
          <w:jc w:val="center"/>
        </w:trPr>
        <w:tc>
          <w:tcPr>
            <w:tcW w:w="5156" w:type="dxa"/>
            <w:shd w:val="clear" w:color="auto" w:fill="F1F1F1"/>
          </w:tcPr>
          <w:p w14:paraId="41CE126A" w14:textId="77777777" w:rsidR="00436752" w:rsidRPr="00370C6C" w:rsidRDefault="00436752" w:rsidP="002B4153">
            <w:pPr>
              <w:rPr>
                <w:rFonts w:ascii="Times New Roman" w:hAnsi="Times New Roman" w:cs="Times New Roman"/>
                <w:b/>
                <w:lang w:val="cs-CZ"/>
              </w:rPr>
            </w:pPr>
            <w:r>
              <w:rPr>
                <w:rFonts w:ascii="Times New Roman" w:hAnsi="Times New Roman" w:cs="Times New Roman"/>
                <w:b/>
                <w:lang w:val="cs-CZ"/>
              </w:rPr>
              <w:t>Jak konkrétně se vada projevuje</w:t>
            </w:r>
          </w:p>
        </w:tc>
        <w:tc>
          <w:tcPr>
            <w:tcW w:w="5156" w:type="dxa"/>
          </w:tcPr>
          <w:p w14:paraId="19A53258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436752" w:rsidRPr="00370C6C" w14:paraId="7575AC93" w14:textId="77777777" w:rsidTr="002B4153">
        <w:trPr>
          <w:jc w:val="center"/>
        </w:trPr>
        <w:tc>
          <w:tcPr>
            <w:tcW w:w="5156" w:type="dxa"/>
            <w:shd w:val="clear" w:color="auto" w:fill="F1F1F1"/>
          </w:tcPr>
          <w:p w14:paraId="337F0CF2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Kdy se vada poprvé projevila</w:t>
            </w:r>
          </w:p>
        </w:tc>
        <w:tc>
          <w:tcPr>
            <w:tcW w:w="5156" w:type="dxa"/>
          </w:tcPr>
          <w:p w14:paraId="2C207D5A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436752" w:rsidRPr="00370C6C" w14:paraId="269F9DD9" w14:textId="77777777" w:rsidTr="002B4153">
        <w:trPr>
          <w:jc w:val="center"/>
        </w:trPr>
        <w:tc>
          <w:tcPr>
            <w:tcW w:w="5156" w:type="dxa"/>
            <w:shd w:val="clear" w:color="auto" w:fill="F1F1F1"/>
          </w:tcPr>
          <w:p w14:paraId="3E6A7D29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Jak často se projevuje</w:t>
            </w:r>
          </w:p>
        </w:tc>
        <w:tc>
          <w:tcPr>
            <w:tcW w:w="5156" w:type="dxa"/>
          </w:tcPr>
          <w:p w14:paraId="16506E2E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436752" w:rsidRPr="00370C6C" w14:paraId="613DFCEA" w14:textId="77777777" w:rsidTr="002B4153">
        <w:trPr>
          <w:jc w:val="center"/>
        </w:trPr>
        <w:tc>
          <w:tcPr>
            <w:tcW w:w="5156" w:type="dxa"/>
            <w:shd w:val="clear" w:color="auto" w:fill="F1F1F1"/>
          </w:tcPr>
          <w:p w14:paraId="54775E14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Postup vedoucí ke vzniku vady</w:t>
            </w:r>
          </w:p>
        </w:tc>
        <w:tc>
          <w:tcPr>
            <w:tcW w:w="5156" w:type="dxa"/>
          </w:tcPr>
          <w:p w14:paraId="026113B7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436752" w:rsidRPr="00370C6C" w14:paraId="33424383" w14:textId="77777777" w:rsidTr="002B4153">
        <w:trPr>
          <w:jc w:val="center"/>
        </w:trPr>
        <w:tc>
          <w:tcPr>
            <w:tcW w:w="5156" w:type="dxa"/>
            <w:shd w:val="clear" w:color="auto" w:fill="F1F1F1"/>
          </w:tcPr>
          <w:p w14:paraId="221C8803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Podrobný popis vady; očekávané × skutečné chování</w:t>
            </w:r>
          </w:p>
        </w:tc>
        <w:tc>
          <w:tcPr>
            <w:tcW w:w="5156" w:type="dxa"/>
          </w:tcPr>
          <w:p w14:paraId="3B9A8DE4" w14:textId="77777777" w:rsidR="00436752" w:rsidRPr="00370C6C" w:rsidRDefault="00436752" w:rsidP="002B4153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13125831" w14:textId="77777777" w:rsidR="00436752" w:rsidRDefault="00436752">
      <w:pPr>
        <w:rPr>
          <w:rFonts w:ascii="Times New Roman" w:hAnsi="Times New Roman" w:cs="Times New Roman"/>
          <w:b/>
          <w:sz w:val="24"/>
        </w:rPr>
      </w:pPr>
    </w:p>
    <w:p w14:paraId="21FB6385" w14:textId="0F3583EA" w:rsidR="00B63DB6" w:rsidRPr="00421251" w:rsidRDefault="00000000">
      <w:pPr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b/>
          <w:sz w:val="24"/>
        </w:rPr>
        <w:t>5. Technické údaje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B63DB6" w:rsidRPr="00421251" w14:paraId="13894880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44259951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Operační systém a verze</w:t>
            </w:r>
          </w:p>
        </w:tc>
        <w:tc>
          <w:tcPr>
            <w:tcW w:w="5156" w:type="dxa"/>
          </w:tcPr>
          <w:p w14:paraId="71779483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70255148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4AF00FD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Zařízení / hardware</w:t>
            </w:r>
          </w:p>
        </w:tc>
        <w:tc>
          <w:tcPr>
            <w:tcW w:w="5156" w:type="dxa"/>
          </w:tcPr>
          <w:p w14:paraId="18C59D04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60B86CAD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2AC2526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Verze Produktu</w:t>
            </w:r>
          </w:p>
        </w:tc>
        <w:tc>
          <w:tcPr>
            <w:tcW w:w="5156" w:type="dxa"/>
          </w:tcPr>
          <w:p w14:paraId="011A1586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A430E0" w14:paraId="74A10F1F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E2E0F21" w14:textId="77777777" w:rsidR="00B63DB6" w:rsidRPr="00421251" w:rsidRDefault="00000000">
            <w:pPr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Základní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program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třetí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strany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– je-li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relevantní</w:t>
            </w:r>
            <w:proofErr w:type="spellEnd"/>
          </w:p>
        </w:tc>
        <w:tc>
          <w:tcPr>
            <w:tcW w:w="5156" w:type="dxa"/>
          </w:tcPr>
          <w:p w14:paraId="6807219A" w14:textId="77777777" w:rsidR="00B63DB6" w:rsidRPr="00421251" w:rsidRDefault="00B63DB6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63DB6" w:rsidRPr="00A430E0" w14:paraId="0400ABBE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1CE13F7" w14:textId="77777777" w:rsidR="00B63DB6" w:rsidRPr="00421251" w:rsidRDefault="00000000">
            <w:pPr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Chybový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kód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/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přesné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znění</w:t>
            </w:r>
            <w:proofErr w:type="spellEnd"/>
            <w:r w:rsidRPr="00421251">
              <w:rPr>
                <w:rFonts w:ascii="Times New Roman" w:hAnsi="Times New Roman" w:cs="Times New Roman"/>
                <w:b/>
                <w:lang w:val="pl-PL"/>
              </w:rPr>
              <w:t xml:space="preserve"> </w:t>
            </w:r>
            <w:proofErr w:type="spellStart"/>
            <w:r w:rsidRPr="00421251">
              <w:rPr>
                <w:rFonts w:ascii="Times New Roman" w:hAnsi="Times New Roman" w:cs="Times New Roman"/>
                <w:b/>
                <w:lang w:val="pl-PL"/>
              </w:rPr>
              <w:t>hlášení</w:t>
            </w:r>
            <w:proofErr w:type="spellEnd"/>
          </w:p>
        </w:tc>
        <w:tc>
          <w:tcPr>
            <w:tcW w:w="5156" w:type="dxa"/>
          </w:tcPr>
          <w:p w14:paraId="39E0E6BD" w14:textId="77777777" w:rsidR="00B63DB6" w:rsidRPr="00421251" w:rsidRDefault="00B63DB6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1437CE02" w14:textId="77777777" w:rsidR="00F6048A" w:rsidRPr="00BA6AC4" w:rsidRDefault="00F6048A">
      <w:pPr>
        <w:rPr>
          <w:rFonts w:ascii="Times New Roman" w:hAnsi="Times New Roman" w:cs="Times New Roman"/>
          <w:b/>
          <w:sz w:val="24"/>
          <w:lang w:val="pl-PL"/>
        </w:rPr>
      </w:pPr>
    </w:p>
    <w:p w14:paraId="28C94BA7" w14:textId="7A07B1AA" w:rsidR="00B63DB6" w:rsidRPr="00BA6AC4" w:rsidRDefault="00000000">
      <w:pPr>
        <w:rPr>
          <w:rFonts w:ascii="Times New Roman" w:hAnsi="Times New Roman" w:cs="Times New Roman"/>
          <w:b/>
          <w:sz w:val="24"/>
          <w:lang w:val="pl-PL"/>
        </w:rPr>
      </w:pPr>
      <w:r w:rsidRPr="00BA6AC4">
        <w:rPr>
          <w:rFonts w:ascii="Times New Roman" w:hAnsi="Times New Roman" w:cs="Times New Roman"/>
          <w:b/>
          <w:sz w:val="24"/>
          <w:lang w:val="pl-PL"/>
        </w:rPr>
        <w:t xml:space="preserve">6. </w:t>
      </w:r>
      <w:proofErr w:type="spellStart"/>
      <w:r w:rsidRPr="00BA6AC4">
        <w:rPr>
          <w:rFonts w:ascii="Times New Roman" w:hAnsi="Times New Roman" w:cs="Times New Roman"/>
          <w:b/>
          <w:sz w:val="24"/>
          <w:lang w:val="pl-PL"/>
        </w:rPr>
        <w:t>Požadované</w:t>
      </w:r>
      <w:proofErr w:type="spellEnd"/>
      <w:r w:rsidRPr="00BA6AC4">
        <w:rPr>
          <w:rFonts w:ascii="Times New Roman" w:hAnsi="Times New Roman" w:cs="Times New Roman"/>
          <w:b/>
          <w:sz w:val="24"/>
          <w:lang w:val="pl-PL"/>
        </w:rPr>
        <w:t xml:space="preserve"> </w:t>
      </w:r>
      <w:proofErr w:type="spellStart"/>
      <w:r w:rsidRPr="00BA6AC4">
        <w:rPr>
          <w:rFonts w:ascii="Times New Roman" w:hAnsi="Times New Roman" w:cs="Times New Roman"/>
          <w:b/>
          <w:sz w:val="24"/>
          <w:lang w:val="pl-PL"/>
        </w:rPr>
        <w:t>řešení</w:t>
      </w:r>
      <w:proofErr w:type="spellEnd"/>
    </w:p>
    <w:p w14:paraId="20EB239E" w14:textId="4866FE9F" w:rsidR="00F6048A" w:rsidRPr="00F6048A" w:rsidRDefault="00F6048A">
      <w:pPr>
        <w:rPr>
          <w:rFonts w:ascii="Times New Roman" w:hAnsi="Times New Roman" w:cs="Times New Roman"/>
          <w:lang w:val="cs-CZ"/>
        </w:rPr>
      </w:pPr>
      <w:r w:rsidRPr="000E4118">
        <w:rPr>
          <w:rFonts w:ascii="Times New Roman" w:hAnsi="Times New Roman" w:cs="Times New Roman"/>
          <w:lang w:val="cs-CZ"/>
        </w:rPr>
        <w:t xml:space="preserve">V případě výskytu vady má </w:t>
      </w:r>
      <w:r w:rsidR="0080731A">
        <w:rPr>
          <w:rFonts w:ascii="Times New Roman" w:hAnsi="Times New Roman" w:cs="Times New Roman"/>
          <w:lang w:val="cs-CZ"/>
        </w:rPr>
        <w:t>spotřebitel</w:t>
      </w:r>
      <w:r w:rsidRPr="000E4118">
        <w:rPr>
          <w:rFonts w:ascii="Times New Roman" w:hAnsi="Times New Roman" w:cs="Times New Roman"/>
          <w:lang w:val="cs-CZ"/>
        </w:rPr>
        <w:t xml:space="preserve"> právo požadovat v první řadě její bezplatné odstranění, a to dle své volby buď odstraněním vady (poskytnutím opravy či aktualizace), nebo dodáním nového bezvadného plnění, ledaže je zvolený způsob nemožný či nepřiměřeně nákladný. Pokud </w:t>
      </w:r>
      <w:r>
        <w:rPr>
          <w:rFonts w:ascii="Times New Roman" w:hAnsi="Times New Roman" w:cs="Times New Roman"/>
          <w:lang w:val="cs-CZ"/>
        </w:rPr>
        <w:t>společnost RIKIDAR</w:t>
      </w:r>
      <w:r w:rsidRPr="000E4118">
        <w:rPr>
          <w:rFonts w:ascii="Times New Roman" w:hAnsi="Times New Roman" w:cs="Times New Roman"/>
          <w:lang w:val="cs-CZ"/>
        </w:rPr>
        <w:t xml:space="preserve"> vadu v přiměřené lhůtě neodstraní, odmítne ji odstranit, vada se projevuje opakovaně, případně představuje podstatné porušení smlouvy, vzniká </w:t>
      </w:r>
      <w:r w:rsidR="009705E3">
        <w:rPr>
          <w:rFonts w:ascii="Times New Roman" w:hAnsi="Times New Roman" w:cs="Times New Roman"/>
          <w:lang w:val="cs-CZ"/>
        </w:rPr>
        <w:t>spotřebiteli</w:t>
      </w:r>
      <w:r w:rsidRPr="000E4118">
        <w:rPr>
          <w:rFonts w:ascii="Times New Roman" w:hAnsi="Times New Roman" w:cs="Times New Roman"/>
          <w:lang w:val="cs-CZ"/>
        </w:rPr>
        <w:t xml:space="preserve"> právo požadovat přiměřenou slevu z ceny nebo od smlouvy odstoupit a nárokovat vrácení zaplacených peněžních prostředků.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0312"/>
      </w:tblGrid>
      <w:tr w:rsidR="00BA6AC4" w:rsidRPr="00A430E0" w14:paraId="51E2E553" w14:textId="77777777" w:rsidTr="006F5ABC">
        <w:tc>
          <w:tcPr>
            <w:tcW w:w="10312" w:type="dxa"/>
          </w:tcPr>
          <w:p w14:paraId="71187239" w14:textId="77777777" w:rsidR="00BA6AC4" w:rsidRPr="00370C6C" w:rsidRDefault="00BA6AC4" w:rsidP="006F5ABC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Odstranění vady / uvedení Produktu do souladu.</w:t>
            </w:r>
          </w:p>
        </w:tc>
      </w:tr>
      <w:tr w:rsidR="00BA6AC4" w:rsidRPr="00370C6C" w14:paraId="5D7AB36D" w14:textId="77777777" w:rsidTr="006F5ABC">
        <w:tc>
          <w:tcPr>
            <w:tcW w:w="10312" w:type="dxa"/>
          </w:tcPr>
          <w:p w14:paraId="08847B4B" w14:textId="77777777" w:rsidR="00BA6AC4" w:rsidRPr="00370C6C" w:rsidRDefault="00BA6AC4" w:rsidP="006F5ABC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</w:t>
            </w:r>
            <w:r>
              <w:rPr>
                <w:rFonts w:ascii="Times New Roman" w:hAnsi="Times New Roman" w:cs="Times New Roman"/>
                <w:lang w:val="cs-CZ"/>
              </w:rPr>
              <w:t>Poskytnutí slevy</w:t>
            </w:r>
          </w:p>
        </w:tc>
      </w:tr>
      <w:tr w:rsidR="00BA6AC4" w:rsidRPr="00370C6C" w14:paraId="5565535F" w14:textId="77777777" w:rsidTr="006F5ABC">
        <w:tc>
          <w:tcPr>
            <w:tcW w:w="10312" w:type="dxa"/>
          </w:tcPr>
          <w:p w14:paraId="47424BDE" w14:textId="77777777" w:rsidR="00BA6AC4" w:rsidRPr="00370C6C" w:rsidRDefault="00BA6AC4" w:rsidP="006F5ABC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</w:t>
            </w:r>
            <w:r>
              <w:rPr>
                <w:rFonts w:ascii="Times New Roman" w:hAnsi="Times New Roman" w:cs="Times New Roman"/>
                <w:lang w:val="cs-CZ"/>
              </w:rPr>
              <w:t>Odstoupení od smlouvy</w:t>
            </w:r>
          </w:p>
        </w:tc>
      </w:tr>
    </w:tbl>
    <w:p w14:paraId="56B084CA" w14:textId="77777777" w:rsidR="005D57C6" w:rsidRDefault="005D57C6">
      <w:pPr>
        <w:rPr>
          <w:rFonts w:ascii="Times New Roman" w:hAnsi="Times New Roman" w:cs="Times New Roman"/>
          <w:b/>
          <w:sz w:val="24"/>
        </w:rPr>
      </w:pPr>
    </w:p>
    <w:p w14:paraId="26DF38C1" w14:textId="19511572" w:rsidR="00B63DB6" w:rsidRPr="00421251" w:rsidRDefault="00000000">
      <w:pPr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b/>
          <w:sz w:val="24"/>
        </w:rPr>
        <w:t>7. Přílohy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0312"/>
      </w:tblGrid>
      <w:tr w:rsidR="00B63DB6" w:rsidRPr="00421251" w14:paraId="4373CB20" w14:textId="77777777">
        <w:tc>
          <w:tcPr>
            <w:tcW w:w="10312" w:type="dxa"/>
          </w:tcPr>
          <w:p w14:paraId="5C910B85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Segoe UI Symbol" w:hAnsi="Segoe UI Symbol" w:cs="Segoe UI Symbol"/>
              </w:rPr>
              <w:t>☐</w:t>
            </w:r>
            <w:r w:rsidRPr="00421251">
              <w:rPr>
                <w:rFonts w:ascii="Times New Roman" w:hAnsi="Times New Roman" w:cs="Times New Roman"/>
              </w:rPr>
              <w:t xml:space="preserve">  Snímek obrazovky / fotografie</w:t>
            </w:r>
          </w:p>
        </w:tc>
      </w:tr>
      <w:tr w:rsidR="00B63DB6" w:rsidRPr="00421251" w14:paraId="79305F7B" w14:textId="77777777">
        <w:tc>
          <w:tcPr>
            <w:tcW w:w="10312" w:type="dxa"/>
          </w:tcPr>
          <w:p w14:paraId="4C447459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Segoe UI Symbol" w:hAnsi="Segoe UI Symbol" w:cs="Segoe UI Symbol"/>
              </w:rPr>
              <w:t>☐</w:t>
            </w:r>
            <w:r w:rsidRPr="00421251">
              <w:rPr>
                <w:rFonts w:ascii="Times New Roman" w:hAnsi="Times New Roman" w:cs="Times New Roman"/>
              </w:rPr>
              <w:t xml:space="preserve">  Chybový protokol / log</w:t>
            </w:r>
          </w:p>
        </w:tc>
      </w:tr>
      <w:tr w:rsidR="00B63DB6" w:rsidRPr="00421251" w14:paraId="5F4794FC" w14:textId="77777777">
        <w:tc>
          <w:tcPr>
            <w:tcW w:w="10312" w:type="dxa"/>
          </w:tcPr>
          <w:p w14:paraId="4FCBFA21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Segoe UI Symbol" w:hAnsi="Segoe UI Symbol" w:cs="Segoe UI Symbol"/>
              </w:rPr>
              <w:t>☐</w:t>
            </w:r>
            <w:r w:rsidRPr="00421251">
              <w:rPr>
                <w:rFonts w:ascii="Times New Roman" w:hAnsi="Times New Roman" w:cs="Times New Roman"/>
              </w:rPr>
              <w:t xml:space="preserve">  Video</w:t>
            </w:r>
          </w:p>
        </w:tc>
      </w:tr>
      <w:tr w:rsidR="00B63DB6" w:rsidRPr="00421251" w14:paraId="154C2D3B" w14:textId="77777777">
        <w:tc>
          <w:tcPr>
            <w:tcW w:w="10312" w:type="dxa"/>
          </w:tcPr>
          <w:p w14:paraId="582B6EF2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Segoe UI Symbol" w:hAnsi="Segoe UI Symbol" w:cs="Segoe UI Symbol"/>
              </w:rPr>
              <w:t>☐</w:t>
            </w:r>
            <w:r w:rsidRPr="00421251">
              <w:rPr>
                <w:rFonts w:ascii="Times New Roman" w:hAnsi="Times New Roman" w:cs="Times New Roman"/>
              </w:rPr>
              <w:t xml:space="preserve">  Další soubory nebo dokumentace</w:t>
            </w:r>
          </w:p>
        </w:tc>
      </w:tr>
      <w:tr w:rsidR="00B63DB6" w:rsidRPr="00421251" w14:paraId="30A92F3C" w14:textId="77777777">
        <w:tc>
          <w:tcPr>
            <w:tcW w:w="10312" w:type="dxa"/>
          </w:tcPr>
          <w:p w14:paraId="266FF8D1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Segoe UI Symbol" w:hAnsi="Segoe UI Symbol" w:cs="Segoe UI Symbol"/>
              </w:rPr>
              <w:t>☐</w:t>
            </w:r>
            <w:r w:rsidRPr="00421251">
              <w:rPr>
                <w:rFonts w:ascii="Times New Roman" w:hAnsi="Times New Roman" w:cs="Times New Roman"/>
              </w:rPr>
              <w:t xml:space="preserve">  Bez příloh</w:t>
            </w:r>
          </w:p>
        </w:tc>
      </w:tr>
    </w:tbl>
    <w:p w14:paraId="640B89C0" w14:textId="77777777" w:rsidR="00854DDA" w:rsidRDefault="00854DDA">
      <w:pPr>
        <w:rPr>
          <w:rFonts w:ascii="Times New Roman" w:hAnsi="Times New Roman" w:cs="Times New Roman"/>
          <w:b/>
          <w:sz w:val="24"/>
        </w:rPr>
      </w:pPr>
    </w:p>
    <w:p w14:paraId="6585EB4F" w14:textId="5786A8EE" w:rsidR="00B63DB6" w:rsidRPr="00421251" w:rsidRDefault="00000000">
      <w:pPr>
        <w:rPr>
          <w:rFonts w:ascii="Times New Roman" w:hAnsi="Times New Roman" w:cs="Times New Roman"/>
        </w:rPr>
      </w:pPr>
      <w:r w:rsidRPr="00421251">
        <w:rPr>
          <w:rFonts w:ascii="Times New Roman" w:hAnsi="Times New Roman" w:cs="Times New Roman"/>
          <w:b/>
          <w:sz w:val="24"/>
        </w:rPr>
        <w:t>8. Datum a podpis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B63DB6" w:rsidRPr="00421251" w14:paraId="1721FA9D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DA11FB9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Místo</w:t>
            </w:r>
          </w:p>
        </w:tc>
        <w:tc>
          <w:tcPr>
            <w:tcW w:w="5156" w:type="dxa"/>
          </w:tcPr>
          <w:p w14:paraId="094AD6E0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02F5238F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D980519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Datum</w:t>
            </w:r>
          </w:p>
        </w:tc>
        <w:tc>
          <w:tcPr>
            <w:tcW w:w="5156" w:type="dxa"/>
          </w:tcPr>
          <w:p w14:paraId="1C083C11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  <w:tr w:rsidR="00B63DB6" w:rsidRPr="00421251" w14:paraId="60CDF58C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161CE17" w14:textId="77777777" w:rsidR="00B63DB6" w:rsidRPr="00421251" w:rsidRDefault="00000000">
            <w:pPr>
              <w:rPr>
                <w:rFonts w:ascii="Times New Roman" w:hAnsi="Times New Roman" w:cs="Times New Roman"/>
              </w:rPr>
            </w:pPr>
            <w:r w:rsidRPr="00421251">
              <w:rPr>
                <w:rFonts w:ascii="Times New Roman" w:hAnsi="Times New Roman" w:cs="Times New Roman"/>
                <w:b/>
              </w:rPr>
              <w:t>Podpis</w:t>
            </w:r>
          </w:p>
        </w:tc>
        <w:tc>
          <w:tcPr>
            <w:tcW w:w="5156" w:type="dxa"/>
          </w:tcPr>
          <w:p w14:paraId="702BF11E" w14:textId="77777777" w:rsidR="00B63DB6" w:rsidRPr="00421251" w:rsidRDefault="00B63DB6">
            <w:pPr>
              <w:rPr>
                <w:rFonts w:ascii="Times New Roman" w:hAnsi="Times New Roman" w:cs="Times New Roman"/>
              </w:rPr>
            </w:pPr>
          </w:p>
        </w:tc>
      </w:tr>
    </w:tbl>
    <w:p w14:paraId="5851DA31" w14:textId="77777777" w:rsidR="00A30B83" w:rsidRPr="00421251" w:rsidRDefault="00A30B83">
      <w:pPr>
        <w:rPr>
          <w:rFonts w:ascii="Times New Roman" w:hAnsi="Times New Roman" w:cs="Times New Roman"/>
        </w:rPr>
      </w:pPr>
    </w:p>
    <w:sectPr w:rsidR="00A30B83" w:rsidRPr="00421251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1B17B" w14:textId="77777777" w:rsidR="00B9253F" w:rsidRDefault="00B9253F">
      <w:pPr>
        <w:spacing w:after="0" w:line="240" w:lineRule="auto"/>
      </w:pPr>
      <w:r>
        <w:separator/>
      </w:r>
    </w:p>
  </w:endnote>
  <w:endnote w:type="continuationSeparator" w:id="0">
    <w:p w14:paraId="411088CB" w14:textId="77777777" w:rsidR="00B9253F" w:rsidRDefault="00B9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69BE1" w14:textId="77777777" w:rsidR="00B9253F" w:rsidRDefault="00B9253F">
      <w:pPr>
        <w:spacing w:after="0" w:line="240" w:lineRule="auto"/>
      </w:pPr>
      <w:r>
        <w:separator/>
      </w:r>
    </w:p>
  </w:footnote>
  <w:footnote w:type="continuationSeparator" w:id="0">
    <w:p w14:paraId="18E43C27" w14:textId="77777777" w:rsidR="00B9253F" w:rsidRDefault="00B9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4051117">
    <w:abstractNumId w:val="8"/>
  </w:num>
  <w:num w:numId="2" w16cid:durableId="1976137779">
    <w:abstractNumId w:val="6"/>
  </w:num>
  <w:num w:numId="3" w16cid:durableId="1653752132">
    <w:abstractNumId w:val="5"/>
  </w:num>
  <w:num w:numId="4" w16cid:durableId="1243101029">
    <w:abstractNumId w:val="4"/>
  </w:num>
  <w:num w:numId="5" w16cid:durableId="498471543">
    <w:abstractNumId w:val="7"/>
  </w:num>
  <w:num w:numId="6" w16cid:durableId="865487489">
    <w:abstractNumId w:val="3"/>
  </w:num>
  <w:num w:numId="7" w16cid:durableId="1853298007">
    <w:abstractNumId w:val="2"/>
  </w:num>
  <w:num w:numId="8" w16cid:durableId="477460174">
    <w:abstractNumId w:val="1"/>
  </w:num>
  <w:num w:numId="9" w16cid:durableId="1497720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1FD"/>
    <w:rsid w:val="00034616"/>
    <w:rsid w:val="0006063C"/>
    <w:rsid w:val="0015074B"/>
    <w:rsid w:val="00291129"/>
    <w:rsid w:val="0029639D"/>
    <w:rsid w:val="002A1CB5"/>
    <w:rsid w:val="00326F90"/>
    <w:rsid w:val="003938E7"/>
    <w:rsid w:val="003D0D69"/>
    <w:rsid w:val="00421251"/>
    <w:rsid w:val="00436752"/>
    <w:rsid w:val="0044676F"/>
    <w:rsid w:val="004F056D"/>
    <w:rsid w:val="005C5529"/>
    <w:rsid w:val="005D57C6"/>
    <w:rsid w:val="005F3CC7"/>
    <w:rsid w:val="006B2453"/>
    <w:rsid w:val="00702E96"/>
    <w:rsid w:val="007818DB"/>
    <w:rsid w:val="007C79A9"/>
    <w:rsid w:val="007F4DDA"/>
    <w:rsid w:val="0080731A"/>
    <w:rsid w:val="008171B1"/>
    <w:rsid w:val="00854DDA"/>
    <w:rsid w:val="00915DE4"/>
    <w:rsid w:val="009303FC"/>
    <w:rsid w:val="009705E3"/>
    <w:rsid w:val="009A15C0"/>
    <w:rsid w:val="009E6F18"/>
    <w:rsid w:val="00A30B83"/>
    <w:rsid w:val="00A430E0"/>
    <w:rsid w:val="00AA1D8D"/>
    <w:rsid w:val="00B47730"/>
    <w:rsid w:val="00B63DB6"/>
    <w:rsid w:val="00B9253F"/>
    <w:rsid w:val="00BA6AC4"/>
    <w:rsid w:val="00C07E3F"/>
    <w:rsid w:val="00C2546F"/>
    <w:rsid w:val="00CB0664"/>
    <w:rsid w:val="00F103D1"/>
    <w:rsid w:val="00F12E72"/>
    <w:rsid w:val="00F349B7"/>
    <w:rsid w:val="00F6048A"/>
    <w:rsid w:val="00F73C72"/>
    <w:rsid w:val="00FC32F3"/>
    <w:rsid w:val="00FC693F"/>
    <w:rsid w:val="00FD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74B34"/>
  <w14:defaultImageDpi w14:val="300"/>
  <w15:docId w15:val="{6CC80CAE-EC51-41B1-A5AA-A9F3B2C6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461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Jaroslav Kouba</cp:lastModifiedBy>
  <cp:revision>39</cp:revision>
  <dcterms:created xsi:type="dcterms:W3CDTF">2013-12-23T23:15:00Z</dcterms:created>
  <dcterms:modified xsi:type="dcterms:W3CDTF">2026-09-14T06:51:00Z</dcterms:modified>
  <cp:category/>
</cp:coreProperties>
</file>